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7A" w:rsidRDefault="00266FD5">
      <w:pPr>
        <w:jc w:val="center"/>
      </w:pPr>
      <w:bookmarkStart w:id="0" w:name="_GoBack"/>
      <w:bookmarkEnd w:id="0"/>
      <w:r>
        <w:rPr>
          <w:b/>
          <w:sz w:val="26"/>
        </w:rPr>
        <w:t>KARTA MONITOROWANIA UCZNIA ZAGROŻONEGO</w:t>
      </w:r>
      <w:r>
        <w:rPr>
          <w:b/>
          <w:sz w:val="26"/>
        </w:rPr>
        <w:br/>
        <w:t>ŚRÓDROCZNĄ I/LUB ROCZNĄ OCENĄ NIEDOSTATECZNĄ</w:t>
      </w:r>
    </w:p>
    <w:p w:rsidR="0066187A" w:rsidRDefault="00266FD5">
      <w:pPr>
        <w:spacing w:after="40"/>
      </w:pPr>
      <w:r>
        <w:rPr>
          <w:b/>
        </w:rPr>
        <w:t xml:space="preserve">Rok szkolny: </w:t>
      </w:r>
      <w:r>
        <w:t>........................................................................................................................</w:t>
      </w:r>
    </w:p>
    <w:p w:rsidR="0066187A" w:rsidRDefault="00266FD5">
      <w:pPr>
        <w:spacing w:after="60"/>
      </w:pPr>
      <w:r>
        <w:rPr>
          <w:b/>
        </w:rPr>
        <w:t xml:space="preserve">Okres: </w:t>
      </w:r>
      <w:r>
        <w:t>☐</w:t>
      </w:r>
      <w:r>
        <w:t xml:space="preserve"> I półrocze     ☐ II półrocze</w:t>
      </w:r>
      <w:r>
        <w:t xml:space="preserve"> / klasyfikacja roczna</w:t>
      </w:r>
    </w:p>
    <w:p w:rsidR="0066187A" w:rsidRDefault="00266FD5">
      <w:pPr>
        <w:spacing w:after="40"/>
      </w:pPr>
      <w:r>
        <w:rPr>
          <w:b/>
        </w:rPr>
        <w:t xml:space="preserve">Imię i nazwisko ucznia: </w:t>
      </w:r>
      <w:r>
        <w:t>........................................................................................................................</w:t>
      </w:r>
    </w:p>
    <w:p w:rsidR="0066187A" w:rsidRDefault="00266FD5">
      <w:pPr>
        <w:spacing w:after="40"/>
      </w:pPr>
      <w:r>
        <w:rPr>
          <w:b/>
        </w:rPr>
        <w:t xml:space="preserve">Klasa: </w:t>
      </w:r>
      <w:r>
        <w:t>.................................................................................</w:t>
      </w:r>
      <w:r>
        <w:t>.......................................</w:t>
      </w:r>
    </w:p>
    <w:p w:rsidR="0066187A" w:rsidRDefault="00266FD5">
      <w:pPr>
        <w:spacing w:after="40"/>
      </w:pPr>
      <w:r>
        <w:rPr>
          <w:b/>
        </w:rPr>
        <w:t xml:space="preserve">Przedmiot: </w:t>
      </w:r>
      <w:r>
        <w:t>........................................................................................................................</w:t>
      </w:r>
    </w:p>
    <w:p w:rsidR="0066187A" w:rsidRDefault="00266FD5">
      <w:pPr>
        <w:spacing w:after="40"/>
      </w:pPr>
      <w:r>
        <w:rPr>
          <w:b/>
        </w:rPr>
        <w:t xml:space="preserve">Nauczyciel prowadzący: </w:t>
      </w:r>
      <w:r>
        <w:t>.............................................................</w:t>
      </w:r>
      <w:r>
        <w:t>...........................................................</w:t>
      </w:r>
    </w:p>
    <w:p w:rsidR="0066187A" w:rsidRDefault="00266FD5">
      <w:pPr>
        <w:spacing w:after="40"/>
      </w:pPr>
      <w:r>
        <w:rPr>
          <w:b/>
        </w:rPr>
        <w:t xml:space="preserve">Przewidywana ocena: </w:t>
      </w:r>
      <w:r>
        <w:t>........................................................................................................................</w:t>
      </w:r>
    </w:p>
    <w:p w:rsidR="0066187A" w:rsidRDefault="00266FD5">
      <w:pPr>
        <w:spacing w:before="100" w:after="60"/>
      </w:pPr>
      <w:r>
        <w:rPr>
          <w:b/>
          <w:sz w:val="20"/>
        </w:rPr>
        <w:t>1. ROZPOZNANE ZALEGŁOŚCI I TRUDNOŚCI UCZNIA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08"/>
        <w:gridCol w:w="5208"/>
      </w:tblGrid>
      <w:tr w:rsidR="0066187A">
        <w:trPr>
          <w:jc w:val="center"/>
        </w:trPr>
        <w:tc>
          <w:tcPr>
            <w:tcW w:w="5213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6"/>
              </w:rPr>
              <w:t>Zakres zale</w:t>
            </w:r>
            <w:r>
              <w:rPr>
                <w:b/>
                <w:sz w:val="16"/>
              </w:rPr>
              <w:t>głości / nieopanowanych wiadomości i umiejętności / brakujących prac</w:t>
            </w:r>
          </w:p>
        </w:tc>
        <w:tc>
          <w:tcPr>
            <w:tcW w:w="5213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6"/>
              </w:rPr>
              <w:t>Data stwierdzenia</w:t>
            </w:r>
          </w:p>
        </w:tc>
      </w:tr>
      <w:tr w:rsidR="0066187A">
        <w:trPr>
          <w:trHeight w:val="500"/>
          <w:jc w:val="center"/>
        </w:trPr>
        <w:tc>
          <w:tcPr>
            <w:tcW w:w="5213" w:type="dxa"/>
          </w:tcPr>
          <w:p w:rsidR="0066187A" w:rsidRDefault="0066187A"/>
        </w:tc>
        <w:tc>
          <w:tcPr>
            <w:tcW w:w="5213" w:type="dxa"/>
          </w:tcPr>
          <w:p w:rsidR="0066187A" w:rsidRDefault="0066187A"/>
        </w:tc>
      </w:tr>
      <w:tr w:rsidR="0066187A">
        <w:trPr>
          <w:trHeight w:val="500"/>
          <w:jc w:val="center"/>
        </w:trPr>
        <w:tc>
          <w:tcPr>
            <w:tcW w:w="5213" w:type="dxa"/>
          </w:tcPr>
          <w:p w:rsidR="0066187A" w:rsidRDefault="0066187A"/>
        </w:tc>
        <w:tc>
          <w:tcPr>
            <w:tcW w:w="5213" w:type="dxa"/>
          </w:tcPr>
          <w:p w:rsidR="0066187A" w:rsidRDefault="0066187A"/>
        </w:tc>
      </w:tr>
      <w:tr w:rsidR="0066187A">
        <w:trPr>
          <w:trHeight w:val="500"/>
          <w:jc w:val="center"/>
        </w:trPr>
        <w:tc>
          <w:tcPr>
            <w:tcW w:w="5213" w:type="dxa"/>
          </w:tcPr>
          <w:p w:rsidR="0066187A" w:rsidRDefault="0066187A"/>
        </w:tc>
        <w:tc>
          <w:tcPr>
            <w:tcW w:w="5213" w:type="dxa"/>
          </w:tcPr>
          <w:p w:rsidR="0066187A" w:rsidRDefault="0066187A"/>
        </w:tc>
      </w:tr>
    </w:tbl>
    <w:p w:rsidR="0066187A" w:rsidRDefault="00266FD5">
      <w:pPr>
        <w:spacing w:before="100" w:after="60"/>
      </w:pPr>
      <w:r>
        <w:rPr>
          <w:b/>
          <w:sz w:val="20"/>
        </w:rPr>
        <w:t>2. DZIAŁANIA PODJĘTE PRZEZ NAUCZYCIELA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83"/>
        <w:gridCol w:w="2083"/>
        <w:gridCol w:w="2084"/>
        <w:gridCol w:w="2083"/>
        <w:gridCol w:w="2083"/>
      </w:tblGrid>
      <w:tr w:rsidR="0066187A">
        <w:trPr>
          <w:jc w:val="center"/>
        </w:trPr>
        <w:tc>
          <w:tcPr>
            <w:tcW w:w="208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5"/>
              </w:rPr>
              <w:t>Data</w:t>
            </w:r>
          </w:p>
        </w:tc>
        <w:tc>
          <w:tcPr>
            <w:tcW w:w="208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5"/>
              </w:rPr>
              <w:t>Działanie nauczyciela / informacja przekazana uczniowi</w:t>
            </w:r>
          </w:p>
        </w:tc>
        <w:tc>
          <w:tcPr>
            <w:tcW w:w="208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5"/>
              </w:rPr>
              <w:t>Ustalony sposób uzupełnienia zaległości lub poprawy</w:t>
            </w:r>
          </w:p>
        </w:tc>
        <w:tc>
          <w:tcPr>
            <w:tcW w:w="208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5"/>
              </w:rPr>
              <w:t xml:space="preserve">Termin </w:t>
            </w:r>
            <w:r>
              <w:rPr>
                <w:b/>
                <w:sz w:val="15"/>
              </w:rPr>
              <w:t>realizacji / poprawy</w:t>
            </w:r>
          </w:p>
        </w:tc>
        <w:tc>
          <w:tcPr>
            <w:tcW w:w="208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5"/>
              </w:rPr>
              <w:t>Realizacja / efekt</w:t>
            </w:r>
          </w:p>
        </w:tc>
      </w:tr>
      <w:tr w:rsidR="0066187A">
        <w:trPr>
          <w:trHeight w:val="500"/>
          <w:jc w:val="center"/>
        </w:trPr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</w:tr>
      <w:tr w:rsidR="0066187A">
        <w:trPr>
          <w:trHeight w:val="500"/>
          <w:jc w:val="center"/>
        </w:trPr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</w:tr>
      <w:tr w:rsidR="0066187A">
        <w:trPr>
          <w:trHeight w:val="500"/>
          <w:jc w:val="center"/>
        </w:trPr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</w:tr>
      <w:tr w:rsidR="0066187A">
        <w:trPr>
          <w:trHeight w:val="500"/>
          <w:jc w:val="center"/>
        </w:trPr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  <w:tc>
          <w:tcPr>
            <w:tcW w:w="2085" w:type="dxa"/>
          </w:tcPr>
          <w:p w:rsidR="0066187A" w:rsidRDefault="0066187A"/>
        </w:tc>
      </w:tr>
    </w:tbl>
    <w:p w:rsidR="0066187A" w:rsidRDefault="00266FD5">
      <w:pPr>
        <w:spacing w:before="100" w:after="60"/>
      </w:pPr>
      <w:r>
        <w:rPr>
          <w:b/>
          <w:sz w:val="20"/>
        </w:rPr>
        <w:t>3. INFORMOWANIE RODZICA / OPIEKUNA PRAWNEGO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72"/>
        <w:gridCol w:w="3472"/>
        <w:gridCol w:w="3472"/>
      </w:tblGrid>
      <w:tr w:rsidR="0066187A">
        <w:trPr>
          <w:jc w:val="center"/>
        </w:trPr>
        <w:tc>
          <w:tcPr>
            <w:tcW w:w="347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347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6"/>
              </w:rPr>
              <w:t>Sposób kontaktu</w:t>
            </w:r>
          </w:p>
        </w:tc>
        <w:tc>
          <w:tcPr>
            <w:tcW w:w="3475" w:type="dxa"/>
            <w:shd w:val="clear" w:color="auto" w:fill="D9EAF7"/>
            <w:vAlign w:val="center"/>
          </w:tcPr>
          <w:p w:rsidR="0066187A" w:rsidRDefault="00266FD5">
            <w:pPr>
              <w:jc w:val="center"/>
            </w:pPr>
            <w:r>
              <w:rPr>
                <w:b/>
                <w:sz w:val="16"/>
              </w:rPr>
              <w:t>Zakres przekazanej informacji / dokonane ustalenia</w:t>
            </w:r>
          </w:p>
        </w:tc>
      </w:tr>
      <w:tr w:rsidR="0066187A">
        <w:trPr>
          <w:trHeight w:val="650"/>
          <w:jc w:val="center"/>
        </w:trPr>
        <w:tc>
          <w:tcPr>
            <w:tcW w:w="3475" w:type="dxa"/>
          </w:tcPr>
          <w:p w:rsidR="0066187A" w:rsidRDefault="0066187A"/>
        </w:tc>
        <w:tc>
          <w:tcPr>
            <w:tcW w:w="3475" w:type="dxa"/>
            <w:vAlign w:val="center"/>
          </w:tcPr>
          <w:p w:rsidR="0066187A" w:rsidRDefault="00266FD5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dziennik elektroniczny</w:t>
            </w:r>
            <w:r>
              <w:rPr>
                <w:sz w:val="15"/>
              </w:rPr>
              <w:br/>
              <w:t>☐ telefon   ☐ spotkanie</w:t>
            </w:r>
            <w:r>
              <w:rPr>
                <w:sz w:val="15"/>
              </w:rPr>
              <w:br/>
              <w:t xml:space="preserve">☐ inny: </w:t>
            </w:r>
            <w:r>
              <w:rPr>
                <w:sz w:val="15"/>
              </w:rPr>
              <w:t>........................</w:t>
            </w:r>
          </w:p>
        </w:tc>
        <w:tc>
          <w:tcPr>
            <w:tcW w:w="3475" w:type="dxa"/>
          </w:tcPr>
          <w:p w:rsidR="0066187A" w:rsidRDefault="0066187A"/>
        </w:tc>
      </w:tr>
      <w:tr w:rsidR="0066187A">
        <w:trPr>
          <w:trHeight w:val="650"/>
          <w:jc w:val="center"/>
        </w:trPr>
        <w:tc>
          <w:tcPr>
            <w:tcW w:w="3475" w:type="dxa"/>
          </w:tcPr>
          <w:p w:rsidR="0066187A" w:rsidRDefault="0066187A"/>
        </w:tc>
        <w:tc>
          <w:tcPr>
            <w:tcW w:w="3475" w:type="dxa"/>
            <w:vAlign w:val="center"/>
          </w:tcPr>
          <w:p w:rsidR="0066187A" w:rsidRDefault="00266FD5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dziennik elektroniczny</w:t>
            </w:r>
            <w:r>
              <w:rPr>
                <w:sz w:val="15"/>
              </w:rPr>
              <w:br/>
              <w:t>☐ telefon   ☐ spotkanie</w:t>
            </w:r>
            <w:r>
              <w:rPr>
                <w:sz w:val="15"/>
              </w:rPr>
              <w:br/>
              <w:t>☐ inny: ........................</w:t>
            </w:r>
          </w:p>
        </w:tc>
        <w:tc>
          <w:tcPr>
            <w:tcW w:w="3475" w:type="dxa"/>
          </w:tcPr>
          <w:p w:rsidR="0066187A" w:rsidRDefault="0066187A"/>
        </w:tc>
      </w:tr>
      <w:tr w:rsidR="0066187A">
        <w:trPr>
          <w:trHeight w:val="650"/>
          <w:jc w:val="center"/>
        </w:trPr>
        <w:tc>
          <w:tcPr>
            <w:tcW w:w="3475" w:type="dxa"/>
          </w:tcPr>
          <w:p w:rsidR="0066187A" w:rsidRDefault="0066187A"/>
        </w:tc>
        <w:tc>
          <w:tcPr>
            <w:tcW w:w="3475" w:type="dxa"/>
            <w:vAlign w:val="center"/>
          </w:tcPr>
          <w:p w:rsidR="0066187A" w:rsidRDefault="00266FD5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dziennik elektroniczny</w:t>
            </w:r>
            <w:r>
              <w:rPr>
                <w:sz w:val="15"/>
              </w:rPr>
              <w:br/>
              <w:t>☐ telefon   ☐ spotkanie</w:t>
            </w:r>
            <w:r>
              <w:rPr>
                <w:sz w:val="15"/>
              </w:rPr>
              <w:br/>
              <w:t>☐ inny: ........................</w:t>
            </w:r>
          </w:p>
        </w:tc>
        <w:tc>
          <w:tcPr>
            <w:tcW w:w="3475" w:type="dxa"/>
          </w:tcPr>
          <w:p w:rsidR="0066187A" w:rsidRDefault="0066187A"/>
        </w:tc>
      </w:tr>
    </w:tbl>
    <w:p w:rsidR="0066187A" w:rsidRDefault="00266FD5">
      <w:pPr>
        <w:spacing w:before="100" w:after="60"/>
      </w:pPr>
      <w:r>
        <w:rPr>
          <w:b/>
          <w:sz w:val="20"/>
        </w:rPr>
        <w:t>4. PODSUMOWANIE DZIAŁAŃ</w:t>
      </w:r>
    </w:p>
    <w:p w:rsidR="0066187A" w:rsidRDefault="00266FD5">
      <w:pPr>
        <w:spacing w:after="0"/>
      </w:pPr>
      <w:r>
        <w:t>☐</w:t>
      </w:r>
      <w:r>
        <w:t xml:space="preserve"> uczeń uzupełnił zaległości w usta</w:t>
      </w:r>
      <w:r>
        <w:t>lonym zakresie</w:t>
      </w:r>
    </w:p>
    <w:p w:rsidR="0066187A" w:rsidRDefault="00266FD5">
      <w:pPr>
        <w:spacing w:after="0"/>
      </w:pPr>
      <w:r>
        <w:t>☐</w:t>
      </w:r>
      <w:r>
        <w:t xml:space="preserve"> częściowo uzupełnił zaległości</w:t>
      </w:r>
    </w:p>
    <w:p w:rsidR="0066187A" w:rsidRDefault="00266FD5">
      <w:pPr>
        <w:spacing w:after="0"/>
      </w:pPr>
      <w:r>
        <w:t>☐</w:t>
      </w:r>
      <w:r>
        <w:t xml:space="preserve"> przystąpił do ustalonej poprawy</w:t>
      </w:r>
    </w:p>
    <w:p w:rsidR="0066187A" w:rsidRDefault="00266FD5">
      <w:pPr>
        <w:spacing w:after="0"/>
      </w:pPr>
      <w:r>
        <w:t>☐</w:t>
      </w:r>
      <w:r>
        <w:t xml:space="preserve"> nie przystąpił do ustalonej poprawy</w:t>
      </w:r>
    </w:p>
    <w:p w:rsidR="0066187A" w:rsidRDefault="00266FD5">
      <w:pPr>
        <w:spacing w:after="0"/>
      </w:pPr>
      <w:r>
        <w:t>☐</w:t>
      </w:r>
      <w:r>
        <w:t xml:space="preserve"> nie uzupełnił zaległości mimo stworzenia takiej możliwości</w:t>
      </w:r>
    </w:p>
    <w:p w:rsidR="0066187A" w:rsidRDefault="00266FD5">
      <w:pPr>
        <w:spacing w:after="0"/>
      </w:pPr>
      <w:r>
        <w:t>☐</w:t>
      </w:r>
      <w:r>
        <w:t xml:space="preserve"> nadal jest zagrożony oceną niedostateczną</w:t>
      </w:r>
    </w:p>
    <w:p w:rsidR="0066187A" w:rsidRDefault="00266FD5">
      <w:pPr>
        <w:spacing w:after="0"/>
      </w:pPr>
      <w:r>
        <w:t>☐</w:t>
      </w:r>
      <w:r>
        <w:t xml:space="preserve"> uzyskał ocenę umożliwiającą </w:t>
      </w:r>
      <w:r>
        <w:t>pozytywną klasyfikację</w:t>
      </w:r>
    </w:p>
    <w:p w:rsidR="0066187A" w:rsidRDefault="00266FD5">
      <w:pPr>
        <w:spacing w:before="60"/>
      </w:pPr>
      <w:r>
        <w:rPr>
          <w:b/>
        </w:rPr>
        <w:t>Uwagi nauczyciela:</w:t>
      </w:r>
    </w:p>
    <w:p w:rsidR="0066187A" w:rsidRDefault="00266FD5">
      <w:pPr>
        <w:spacing w:after="0"/>
      </w:pPr>
      <w:r>
        <w:t>........................................................................................................................................................................</w:t>
      </w:r>
    </w:p>
    <w:p w:rsidR="0066187A" w:rsidRDefault="00266FD5">
      <w:pPr>
        <w:spacing w:after="0"/>
      </w:pPr>
      <w:r>
        <w:t>.............................................</w:t>
      </w:r>
      <w:r>
        <w:t>...........................................................................................................................</w:t>
      </w:r>
    </w:p>
    <w:p w:rsidR="0066187A" w:rsidRDefault="0066187A"/>
    <w:p w:rsidR="0066187A" w:rsidRDefault="00266FD5">
      <w:pPr>
        <w:spacing w:after="40"/>
      </w:pPr>
      <w:r>
        <w:rPr>
          <w:b/>
        </w:rPr>
        <w:t xml:space="preserve">Data podsumowania: </w:t>
      </w:r>
      <w:r>
        <w:t>................................................................................................................</w:t>
      </w:r>
      <w:r>
        <w:t>........</w:t>
      </w:r>
    </w:p>
    <w:p w:rsidR="0066187A" w:rsidRDefault="00266FD5">
      <w:pPr>
        <w:spacing w:after="40"/>
      </w:pPr>
      <w:r>
        <w:rPr>
          <w:b/>
        </w:rPr>
        <w:t xml:space="preserve">Podpis nauczyciela: </w:t>
      </w:r>
      <w:r>
        <w:t>........................................................................................................................</w:t>
      </w:r>
    </w:p>
    <w:sectPr w:rsidR="0066187A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6FD5"/>
    <w:rsid w:val="0029639D"/>
    <w:rsid w:val="00326F90"/>
    <w:rsid w:val="006618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BACF963-6BB4-4713-9546-FA7A3110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AD8D97-32D2-41F6-8FC4-3EDC5CEC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2357</Characters>
  <Application>Microsoft Office Word</Application>
  <DocSecurity>0</DocSecurity>
  <Lines>138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Pracownik</cp:lastModifiedBy>
  <cp:revision>2</cp:revision>
  <dcterms:created xsi:type="dcterms:W3CDTF">2026-09-08T12:55:00Z</dcterms:created>
  <dcterms:modified xsi:type="dcterms:W3CDTF">2026-09-08T12:55:00Z</dcterms:modified>
  <cp:category/>
</cp:coreProperties>
</file>