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239FBF" w14:textId="22F7DC6C" w:rsidR="00FD2297" w:rsidRPr="003178AC" w:rsidRDefault="004C5806">
      <w:pPr>
        <w:pStyle w:val="Tytu"/>
        <w:rPr>
          <w:color w:val="auto"/>
          <w:lang w:val="pl-PL"/>
        </w:rPr>
      </w:pPr>
      <w:bookmarkStart w:id="0" w:name="_GoBack"/>
      <w:bookmarkEnd w:id="0"/>
      <w:r w:rsidRPr="003178AC">
        <w:rPr>
          <w:color w:val="auto"/>
          <w:lang w:val="pl-PL"/>
        </w:rPr>
        <w:t xml:space="preserve">KARTA </w:t>
      </w:r>
      <w:r w:rsidR="003425E9">
        <w:rPr>
          <w:color w:val="auto"/>
          <w:lang w:val="pl-PL"/>
        </w:rPr>
        <w:t>OCENY EFEKTYWNOŚCI</w:t>
      </w:r>
      <w:r w:rsidRPr="003178AC">
        <w:rPr>
          <w:color w:val="auto"/>
          <w:lang w:val="pl-PL"/>
        </w:rPr>
        <w:t xml:space="preserve"> </w:t>
      </w:r>
      <w:r w:rsidR="003425E9">
        <w:rPr>
          <w:color w:val="auto"/>
          <w:lang w:val="pl-PL"/>
        </w:rPr>
        <w:t xml:space="preserve">UDZIELANEJ </w:t>
      </w:r>
      <w:r w:rsidRPr="003178AC">
        <w:rPr>
          <w:color w:val="auto"/>
          <w:lang w:val="pl-PL"/>
        </w:rPr>
        <w:t>POMOCY PSYCHOLOGICZNO-PEDAGOGICZNEJ</w:t>
      </w:r>
    </w:p>
    <w:p w14:paraId="78B4425E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Imię i nazwisko ucznia: .......................................................</w:t>
      </w:r>
    </w:p>
    <w:p w14:paraId="0FA29373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Rok szkolny / okres: .......................................................</w:t>
      </w:r>
    </w:p>
    <w:p w14:paraId="529FBD1A" w14:textId="77777777" w:rsidR="00FD2297" w:rsidRPr="003178AC" w:rsidRDefault="004C5806">
      <w:pPr>
        <w:pStyle w:val="Nagwek2"/>
        <w:rPr>
          <w:color w:val="auto"/>
          <w:lang w:val="pl-PL"/>
        </w:rPr>
      </w:pPr>
      <w:r w:rsidRPr="003178AC">
        <w:rPr>
          <w:color w:val="auto"/>
          <w:lang w:val="pl-PL"/>
        </w:rPr>
        <w:t>1. Frekwencja ucznia na zajęciach</w:t>
      </w:r>
    </w:p>
    <w:p w14:paraId="55267672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bardzo wysoka (90–100%)</w:t>
      </w:r>
    </w:p>
    <w:p w14:paraId="3F9AD1C0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wysoka (75–89%)</w:t>
      </w:r>
    </w:p>
    <w:p w14:paraId="316D8087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umiarkowana (50–74%)</w:t>
      </w:r>
    </w:p>
    <w:p w14:paraId="50E88359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niska (poniżej 50%)</w:t>
      </w:r>
    </w:p>
    <w:p w14:paraId="0303D20A" w14:textId="77777777" w:rsidR="00FD2297" w:rsidRPr="003178AC" w:rsidRDefault="004C5806">
      <w:pPr>
        <w:pStyle w:val="Nagwek2"/>
        <w:rPr>
          <w:color w:val="auto"/>
          <w:lang w:val="pl-PL"/>
        </w:rPr>
      </w:pPr>
      <w:r w:rsidRPr="003178AC">
        <w:rPr>
          <w:color w:val="auto"/>
          <w:lang w:val="pl-PL"/>
        </w:rPr>
        <w:t>2. Zaangażowanie ucznia</w:t>
      </w:r>
    </w:p>
    <w:p w14:paraId="449D81E7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bardzo aktywnie uczestniczy</w:t>
      </w:r>
    </w:p>
    <w:p w14:paraId="698D6491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chętnie pracuje, ale wymaga zachęty</w:t>
      </w:r>
    </w:p>
    <w:p w14:paraId="705803DC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pracuje nieregularnie</w:t>
      </w:r>
    </w:p>
    <w:p w14:paraId="7B99126B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jest bierny</w:t>
      </w:r>
    </w:p>
    <w:p w14:paraId="3A648AAF" w14:textId="6200A15B" w:rsidR="00FD2297" w:rsidRPr="003178AC" w:rsidRDefault="004C5806">
      <w:pPr>
        <w:pStyle w:val="Nagwek2"/>
        <w:rPr>
          <w:color w:val="auto"/>
          <w:lang w:val="pl-PL"/>
        </w:rPr>
      </w:pPr>
      <w:r w:rsidRPr="003178AC">
        <w:rPr>
          <w:color w:val="auto"/>
          <w:lang w:val="pl-PL"/>
        </w:rPr>
        <w:t xml:space="preserve">3. Stopień </w:t>
      </w:r>
      <w:r w:rsidR="00BE4289">
        <w:rPr>
          <w:color w:val="auto"/>
          <w:lang w:val="pl-PL"/>
        </w:rPr>
        <w:t>zniwelowania trudności</w:t>
      </w:r>
    </w:p>
    <w:p w14:paraId="3E292022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w pełni</w:t>
      </w:r>
    </w:p>
    <w:p w14:paraId="4AC299E8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w dużym stopniu</w:t>
      </w:r>
    </w:p>
    <w:p w14:paraId="26974627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częściowo</w:t>
      </w:r>
    </w:p>
    <w:p w14:paraId="146B1D16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w niewielkim stopniu</w:t>
      </w:r>
    </w:p>
    <w:p w14:paraId="6C47A371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nie zostały osiągnięte</w:t>
      </w:r>
    </w:p>
    <w:p w14:paraId="135606B6" w14:textId="77777777" w:rsidR="00FD2297" w:rsidRPr="003178AC" w:rsidRDefault="004C5806">
      <w:pPr>
        <w:pStyle w:val="Nagwek2"/>
        <w:rPr>
          <w:color w:val="auto"/>
          <w:lang w:val="pl-PL"/>
        </w:rPr>
      </w:pPr>
      <w:r w:rsidRPr="003178AC">
        <w:rPr>
          <w:color w:val="auto"/>
          <w:lang w:val="pl-PL"/>
        </w:rPr>
        <w:t>4. Postępy ucznia</w:t>
      </w:r>
    </w:p>
    <w:p w14:paraId="664C33E1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wyraźne postępy</w:t>
      </w:r>
    </w:p>
    <w:p w14:paraId="146F2EAF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umiarkowane postępy</w:t>
      </w:r>
    </w:p>
    <w:p w14:paraId="085EB14A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niewielkie postępy</w:t>
      </w:r>
    </w:p>
    <w:p w14:paraId="33C422D3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lastRenderedPageBreak/>
        <w:t>☐ brak postępów</w:t>
      </w:r>
    </w:p>
    <w:p w14:paraId="0678C250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regres</w:t>
      </w:r>
    </w:p>
    <w:p w14:paraId="61C31961" w14:textId="77777777" w:rsidR="00FD2297" w:rsidRPr="003178AC" w:rsidRDefault="004C5806">
      <w:pPr>
        <w:pStyle w:val="Nagwek2"/>
        <w:rPr>
          <w:color w:val="auto"/>
          <w:lang w:val="pl-PL"/>
        </w:rPr>
      </w:pPr>
      <w:r w:rsidRPr="003178AC">
        <w:rPr>
          <w:color w:val="auto"/>
          <w:lang w:val="pl-PL"/>
        </w:rPr>
        <w:t>5. Funkcjonowanie ucznia w obszarach</w:t>
      </w:r>
    </w:p>
    <w:p w14:paraId="14B17F6C" w14:textId="525FF99F" w:rsidR="00FD2297" w:rsidRPr="003178AC" w:rsidRDefault="004C5806">
      <w:pPr>
        <w:rPr>
          <w:lang w:val="pl-PL"/>
        </w:rPr>
      </w:pPr>
      <w:r w:rsidRPr="003178AC">
        <w:rPr>
          <w:lang w:val="pl-PL"/>
        </w:rPr>
        <w:t xml:space="preserve">a) </w:t>
      </w:r>
      <w:r w:rsidR="00126EE2">
        <w:rPr>
          <w:lang w:val="pl-PL"/>
        </w:rPr>
        <w:t>poznawczym</w:t>
      </w:r>
    </w:p>
    <w:p w14:paraId="78721C43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znaczna poprawa</w:t>
      </w:r>
    </w:p>
    <w:p w14:paraId="4CB321DD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niewielka poprawa</w:t>
      </w:r>
    </w:p>
    <w:p w14:paraId="0F26E7F1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bez zmian</w:t>
      </w:r>
    </w:p>
    <w:p w14:paraId="629CB50E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pogorszenie</w:t>
      </w:r>
    </w:p>
    <w:p w14:paraId="30DAD63E" w14:textId="2A83F424" w:rsidR="00FD2297" w:rsidRPr="003178AC" w:rsidRDefault="004C5806">
      <w:pPr>
        <w:rPr>
          <w:lang w:val="pl-PL"/>
        </w:rPr>
      </w:pPr>
      <w:r w:rsidRPr="003178AC">
        <w:rPr>
          <w:lang w:val="pl-PL"/>
        </w:rPr>
        <w:t xml:space="preserve">b) </w:t>
      </w:r>
      <w:r w:rsidR="00126EE2">
        <w:rPr>
          <w:lang w:val="pl-PL"/>
        </w:rPr>
        <w:t>emocjonalnym</w:t>
      </w:r>
    </w:p>
    <w:p w14:paraId="5659E18A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znaczna poprawa</w:t>
      </w:r>
    </w:p>
    <w:p w14:paraId="512E3CE1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niewielka poprawa</w:t>
      </w:r>
    </w:p>
    <w:p w14:paraId="75E26418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bez zmian</w:t>
      </w:r>
    </w:p>
    <w:p w14:paraId="0926DD31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pogorszenie</w:t>
      </w:r>
    </w:p>
    <w:p w14:paraId="330046A4" w14:textId="7E861B28" w:rsidR="00FD2297" w:rsidRPr="003178AC" w:rsidRDefault="004C5806">
      <w:pPr>
        <w:rPr>
          <w:lang w:val="pl-PL"/>
        </w:rPr>
      </w:pPr>
      <w:r w:rsidRPr="003178AC">
        <w:rPr>
          <w:lang w:val="pl-PL"/>
        </w:rPr>
        <w:t xml:space="preserve">c) </w:t>
      </w:r>
      <w:r w:rsidR="00126EE2">
        <w:rPr>
          <w:lang w:val="pl-PL"/>
        </w:rPr>
        <w:t>społecznym</w:t>
      </w:r>
    </w:p>
    <w:p w14:paraId="72C1927C" w14:textId="77777777" w:rsidR="00126EE2" w:rsidRPr="003178AC" w:rsidRDefault="00126EE2" w:rsidP="00126EE2">
      <w:pPr>
        <w:rPr>
          <w:lang w:val="pl-PL"/>
        </w:rPr>
      </w:pPr>
      <w:r w:rsidRPr="003178AC">
        <w:rPr>
          <w:lang w:val="pl-PL"/>
        </w:rPr>
        <w:t>☐ znaczna poprawa</w:t>
      </w:r>
    </w:p>
    <w:p w14:paraId="071D8CD2" w14:textId="77777777" w:rsidR="00126EE2" w:rsidRPr="003178AC" w:rsidRDefault="00126EE2" w:rsidP="00126EE2">
      <w:pPr>
        <w:rPr>
          <w:lang w:val="pl-PL"/>
        </w:rPr>
      </w:pPr>
      <w:r w:rsidRPr="003178AC">
        <w:rPr>
          <w:lang w:val="pl-PL"/>
        </w:rPr>
        <w:t>☐ niewielka poprawa</w:t>
      </w:r>
    </w:p>
    <w:p w14:paraId="13B00BD0" w14:textId="77777777" w:rsidR="00126EE2" w:rsidRPr="003178AC" w:rsidRDefault="00126EE2" w:rsidP="00126EE2">
      <w:pPr>
        <w:rPr>
          <w:lang w:val="pl-PL"/>
        </w:rPr>
      </w:pPr>
      <w:r w:rsidRPr="003178AC">
        <w:rPr>
          <w:lang w:val="pl-PL"/>
        </w:rPr>
        <w:t>☐ bez zmian</w:t>
      </w:r>
    </w:p>
    <w:p w14:paraId="63C1F4E4" w14:textId="77777777" w:rsidR="00126EE2" w:rsidRPr="003178AC" w:rsidRDefault="00126EE2" w:rsidP="00126EE2">
      <w:pPr>
        <w:rPr>
          <w:lang w:val="pl-PL"/>
        </w:rPr>
      </w:pPr>
      <w:r w:rsidRPr="003178AC">
        <w:rPr>
          <w:lang w:val="pl-PL"/>
        </w:rPr>
        <w:t>☐ pogorszenie</w:t>
      </w:r>
    </w:p>
    <w:p w14:paraId="664C8B3B" w14:textId="06916D55" w:rsidR="00126EE2" w:rsidRPr="003178AC" w:rsidRDefault="00126EE2" w:rsidP="00126EE2">
      <w:pPr>
        <w:rPr>
          <w:lang w:val="pl-PL"/>
        </w:rPr>
      </w:pPr>
      <w:r>
        <w:rPr>
          <w:lang w:val="pl-PL"/>
        </w:rPr>
        <w:t>d</w:t>
      </w:r>
      <w:r w:rsidRPr="003178AC">
        <w:rPr>
          <w:lang w:val="pl-PL"/>
        </w:rPr>
        <w:t xml:space="preserve">) </w:t>
      </w:r>
      <w:r>
        <w:rPr>
          <w:lang w:val="pl-PL"/>
        </w:rPr>
        <w:t>zdrowotnym</w:t>
      </w:r>
    </w:p>
    <w:p w14:paraId="22DCAFDD" w14:textId="77777777" w:rsidR="00126EE2" w:rsidRPr="003178AC" w:rsidRDefault="00126EE2" w:rsidP="00126EE2">
      <w:pPr>
        <w:rPr>
          <w:lang w:val="pl-PL"/>
        </w:rPr>
      </w:pPr>
      <w:r w:rsidRPr="003178AC">
        <w:rPr>
          <w:lang w:val="pl-PL"/>
        </w:rPr>
        <w:t>☐ znaczna poprawa</w:t>
      </w:r>
    </w:p>
    <w:p w14:paraId="07536D62" w14:textId="77777777" w:rsidR="00126EE2" w:rsidRPr="003178AC" w:rsidRDefault="00126EE2" w:rsidP="00126EE2">
      <w:pPr>
        <w:rPr>
          <w:lang w:val="pl-PL"/>
        </w:rPr>
      </w:pPr>
      <w:r w:rsidRPr="003178AC">
        <w:rPr>
          <w:lang w:val="pl-PL"/>
        </w:rPr>
        <w:t>☐ niewielka poprawa</w:t>
      </w:r>
    </w:p>
    <w:p w14:paraId="2697EFA4" w14:textId="77777777" w:rsidR="00126EE2" w:rsidRPr="003178AC" w:rsidRDefault="00126EE2" w:rsidP="00126EE2">
      <w:pPr>
        <w:rPr>
          <w:lang w:val="pl-PL"/>
        </w:rPr>
      </w:pPr>
      <w:r w:rsidRPr="003178AC">
        <w:rPr>
          <w:lang w:val="pl-PL"/>
        </w:rPr>
        <w:t>☐ bez zmian</w:t>
      </w:r>
    </w:p>
    <w:p w14:paraId="2DD13268" w14:textId="77777777" w:rsidR="00126EE2" w:rsidRPr="003178AC" w:rsidRDefault="00126EE2" w:rsidP="00126EE2">
      <w:pPr>
        <w:rPr>
          <w:lang w:val="pl-PL"/>
        </w:rPr>
      </w:pPr>
      <w:r w:rsidRPr="003178AC">
        <w:rPr>
          <w:lang w:val="pl-PL"/>
        </w:rPr>
        <w:t>☐ pogorszenie</w:t>
      </w:r>
    </w:p>
    <w:p w14:paraId="5FEB70A0" w14:textId="77777777" w:rsidR="00126EE2" w:rsidRPr="003178AC" w:rsidRDefault="00126EE2">
      <w:pPr>
        <w:rPr>
          <w:lang w:val="pl-PL"/>
        </w:rPr>
      </w:pPr>
    </w:p>
    <w:p w14:paraId="29224D82" w14:textId="77777777" w:rsidR="00FD2297" w:rsidRPr="003178AC" w:rsidRDefault="004C5806">
      <w:pPr>
        <w:pStyle w:val="Nagwek2"/>
        <w:rPr>
          <w:color w:val="auto"/>
          <w:lang w:val="pl-PL"/>
        </w:rPr>
      </w:pPr>
      <w:r w:rsidRPr="003178AC">
        <w:rPr>
          <w:color w:val="auto"/>
          <w:lang w:val="pl-PL"/>
        </w:rPr>
        <w:t>6. Skuteczność zastosowanych form i metod pracy</w:t>
      </w:r>
    </w:p>
    <w:p w14:paraId="24042ADA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bardzo skuteczne</w:t>
      </w:r>
    </w:p>
    <w:p w14:paraId="4EECB0A1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raczej skuteczne</w:t>
      </w:r>
    </w:p>
    <w:p w14:paraId="6940FC9C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lastRenderedPageBreak/>
        <w:t>☐ częściowo skuteczne</w:t>
      </w:r>
    </w:p>
    <w:p w14:paraId="7D27CAA1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nieskuteczne</w:t>
      </w:r>
    </w:p>
    <w:p w14:paraId="7A957A25" w14:textId="77777777" w:rsidR="00FD2297" w:rsidRPr="003178AC" w:rsidRDefault="004C5806">
      <w:pPr>
        <w:pStyle w:val="Nagwek2"/>
        <w:rPr>
          <w:color w:val="auto"/>
          <w:lang w:val="pl-PL"/>
        </w:rPr>
      </w:pPr>
      <w:r w:rsidRPr="003178AC">
        <w:rPr>
          <w:color w:val="auto"/>
          <w:lang w:val="pl-PL"/>
        </w:rPr>
        <w:t>7. Współpraca z uczniem</w:t>
      </w:r>
    </w:p>
    <w:p w14:paraId="537BE0CA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bardzo dobra</w:t>
      </w:r>
    </w:p>
    <w:p w14:paraId="526B8F41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dobra</w:t>
      </w:r>
    </w:p>
    <w:p w14:paraId="0363A3B5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ograniczona</w:t>
      </w:r>
    </w:p>
    <w:p w14:paraId="208C0A3B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brak współpracy</w:t>
      </w:r>
    </w:p>
    <w:p w14:paraId="37714B1B" w14:textId="77777777" w:rsidR="00FD2297" w:rsidRPr="003178AC" w:rsidRDefault="004C5806">
      <w:pPr>
        <w:pStyle w:val="Nagwek2"/>
        <w:rPr>
          <w:color w:val="auto"/>
          <w:lang w:val="pl-PL"/>
        </w:rPr>
      </w:pPr>
      <w:r w:rsidRPr="003178AC">
        <w:rPr>
          <w:color w:val="auto"/>
          <w:lang w:val="pl-PL"/>
        </w:rPr>
        <w:t>8. Współpraca z rodzicami</w:t>
      </w:r>
    </w:p>
    <w:p w14:paraId="105B2434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bardzo dobra</w:t>
      </w:r>
    </w:p>
    <w:p w14:paraId="138886C1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dobra</w:t>
      </w:r>
    </w:p>
    <w:p w14:paraId="77A665DD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sporadyczna</w:t>
      </w:r>
    </w:p>
    <w:p w14:paraId="459EC1A0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brak współpracy</w:t>
      </w:r>
    </w:p>
    <w:p w14:paraId="7676F827" w14:textId="77777777" w:rsidR="00FD2297" w:rsidRPr="003178AC" w:rsidRDefault="004C5806">
      <w:pPr>
        <w:pStyle w:val="Nagwek2"/>
        <w:rPr>
          <w:color w:val="auto"/>
          <w:lang w:val="pl-PL"/>
        </w:rPr>
      </w:pPr>
      <w:r w:rsidRPr="003178AC">
        <w:rPr>
          <w:color w:val="auto"/>
          <w:lang w:val="pl-PL"/>
        </w:rPr>
        <w:t>9. Trudności w realizacji pomocy</w:t>
      </w:r>
    </w:p>
    <w:p w14:paraId="4D1AF8FD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niska frekwencja ucznia</w:t>
      </w:r>
    </w:p>
    <w:p w14:paraId="1ECECF77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brak motywacji ucznia</w:t>
      </w:r>
    </w:p>
    <w:p w14:paraId="7EF9BBA1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trudności wychowawcze</w:t>
      </w:r>
    </w:p>
    <w:p w14:paraId="4DA0008E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brak współpracy z rodzicami</w:t>
      </w:r>
    </w:p>
    <w:p w14:paraId="0E42252D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ograniczenia organizacyjne</w:t>
      </w:r>
    </w:p>
    <w:p w14:paraId="1A98DDCE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inne: .......................................................</w:t>
      </w:r>
    </w:p>
    <w:p w14:paraId="7581F2FC" w14:textId="77777777" w:rsidR="00FD2297" w:rsidRPr="003178AC" w:rsidRDefault="004C5806">
      <w:pPr>
        <w:pStyle w:val="Nagwek2"/>
        <w:rPr>
          <w:color w:val="auto"/>
          <w:lang w:val="pl-PL"/>
        </w:rPr>
      </w:pPr>
      <w:r w:rsidRPr="003178AC">
        <w:rPr>
          <w:color w:val="auto"/>
          <w:lang w:val="pl-PL"/>
        </w:rPr>
        <w:t>10. Wnioski do dalszej pracy</w:t>
      </w:r>
    </w:p>
    <w:p w14:paraId="1553B4DF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kontynuować pomoc w dotychczasowej formie</w:t>
      </w:r>
    </w:p>
    <w:p w14:paraId="474E8449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zmodyfikować formy i metody pracy</w:t>
      </w:r>
    </w:p>
    <w:p w14:paraId="2A35C3FB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zwiększyć intensywność wsparcia</w:t>
      </w:r>
    </w:p>
    <w:p w14:paraId="6BAC3764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ograniczyć zakres pomocy</w:t>
      </w:r>
    </w:p>
    <w:p w14:paraId="48D5F4E8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zakończyć pomoc</w:t>
      </w:r>
    </w:p>
    <w:p w14:paraId="5321529B" w14:textId="3A29A731" w:rsidR="00FD2297" w:rsidRPr="003178AC" w:rsidRDefault="004C5806">
      <w:pPr>
        <w:pStyle w:val="Nagwek2"/>
        <w:rPr>
          <w:color w:val="auto"/>
          <w:lang w:val="pl-PL"/>
        </w:rPr>
      </w:pPr>
      <w:r w:rsidRPr="003178AC">
        <w:rPr>
          <w:color w:val="auto"/>
          <w:lang w:val="pl-PL"/>
        </w:rPr>
        <w:t xml:space="preserve">11. Zalecenia </w:t>
      </w:r>
    </w:p>
    <w:p w14:paraId="406AD47B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dalsza praca nad koncentracją uwagi</w:t>
      </w:r>
    </w:p>
    <w:p w14:paraId="5D665A28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lastRenderedPageBreak/>
        <w:t>☐ rozwijanie umiejętności społecznych</w:t>
      </w:r>
    </w:p>
    <w:p w14:paraId="3A9DAAD1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wzmacnianie motywacji</w:t>
      </w:r>
    </w:p>
    <w:p w14:paraId="4DAED82F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utrwalanie wiadomości szkolnych</w:t>
      </w:r>
    </w:p>
    <w:p w14:paraId="47A86F1F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wsparcie emocjonalne</w:t>
      </w:r>
    </w:p>
    <w:p w14:paraId="23BBCF41" w14:textId="77777777" w:rsidR="00FD2297" w:rsidRPr="003178AC" w:rsidRDefault="004C5806">
      <w:pPr>
        <w:rPr>
          <w:lang w:val="pl-PL"/>
        </w:rPr>
      </w:pPr>
      <w:r w:rsidRPr="003178AC">
        <w:rPr>
          <w:lang w:val="pl-PL"/>
        </w:rPr>
        <w:t>☐ inne: .......................................................</w:t>
      </w:r>
    </w:p>
    <w:p w14:paraId="770AC607" w14:textId="77777777" w:rsidR="00FD2297" w:rsidRDefault="004C5806">
      <w:pPr>
        <w:rPr>
          <w:lang w:val="pl-PL"/>
        </w:rPr>
      </w:pPr>
      <w:r w:rsidRPr="003178AC">
        <w:rPr>
          <w:lang w:val="pl-PL"/>
        </w:rPr>
        <w:br/>
        <w:t>Data: .......................................................</w:t>
      </w:r>
    </w:p>
    <w:p w14:paraId="46CAAAFE" w14:textId="77777777" w:rsidR="002C04E7" w:rsidRDefault="002C04E7" w:rsidP="003178AC">
      <w:pPr>
        <w:spacing w:after="0" w:line="360" w:lineRule="auto"/>
      </w:pPr>
    </w:p>
    <w:p w14:paraId="73E3E915" w14:textId="680EB780" w:rsidR="003178AC" w:rsidRDefault="003178AC"/>
    <w:p w14:paraId="17A2928D" w14:textId="52DCF806" w:rsidR="002C04E7" w:rsidRDefault="002C04E7"/>
    <w:p w14:paraId="0223DEFE" w14:textId="352E5D76" w:rsidR="002C04E7" w:rsidRDefault="002C04E7"/>
    <w:p w14:paraId="4EC451A2" w14:textId="5C7C958F" w:rsidR="002C04E7" w:rsidRDefault="002C04E7"/>
    <w:p w14:paraId="32826365" w14:textId="4F2BE85E" w:rsidR="002C04E7" w:rsidRDefault="002C04E7"/>
    <w:p w14:paraId="627E2D59" w14:textId="1D9E88F3" w:rsidR="002C04E7" w:rsidRDefault="002C04E7"/>
    <w:p w14:paraId="65F88F0B" w14:textId="0B947EC1" w:rsidR="002C04E7" w:rsidRDefault="002C04E7"/>
    <w:p w14:paraId="5ACF58DA" w14:textId="5F907983" w:rsidR="002C04E7" w:rsidRDefault="002C04E7"/>
    <w:p w14:paraId="44927A05" w14:textId="425FED14" w:rsidR="002C04E7" w:rsidRDefault="002C04E7"/>
    <w:p w14:paraId="7516FB3E" w14:textId="0DB177B5" w:rsidR="002C04E7" w:rsidRDefault="002C04E7"/>
    <w:p w14:paraId="6C4A09BB" w14:textId="6F6446DD" w:rsidR="002C04E7" w:rsidRDefault="002C04E7"/>
    <w:p w14:paraId="74FF76E8" w14:textId="07818E68" w:rsidR="002C04E7" w:rsidRDefault="002C04E7"/>
    <w:p w14:paraId="1040E375" w14:textId="2462B168" w:rsidR="002C04E7" w:rsidRDefault="002C04E7"/>
    <w:p w14:paraId="793CBB91" w14:textId="29F4B33F" w:rsidR="002C04E7" w:rsidRDefault="002C04E7"/>
    <w:p w14:paraId="2B8D3E3F" w14:textId="6499BFDD" w:rsidR="002C04E7" w:rsidRDefault="002C04E7"/>
    <w:p w14:paraId="79627E56" w14:textId="5295AF83" w:rsidR="002C04E7" w:rsidRDefault="002C04E7"/>
    <w:p w14:paraId="537B219C" w14:textId="35C54287" w:rsidR="002C04E7" w:rsidRDefault="002C04E7"/>
    <w:p w14:paraId="6B95FB40" w14:textId="73D4A7A7" w:rsidR="002C04E7" w:rsidRDefault="002C04E7"/>
    <w:p w14:paraId="4030B6F7" w14:textId="27E800F7" w:rsidR="002C04E7" w:rsidRDefault="002C04E7"/>
    <w:p w14:paraId="536D0176" w14:textId="35405DDA" w:rsidR="002C04E7" w:rsidRPr="002422A9" w:rsidRDefault="002C04E7" w:rsidP="002C04E7">
      <w:pPr>
        <w:pStyle w:val="Nagwek1"/>
        <w:rPr>
          <w:color w:val="auto"/>
          <w:lang w:val="pl-PL"/>
        </w:rPr>
      </w:pPr>
      <w:r w:rsidRPr="002422A9">
        <w:rPr>
          <w:color w:val="auto"/>
          <w:lang w:val="pl-PL"/>
        </w:rPr>
        <w:lastRenderedPageBreak/>
        <w:t xml:space="preserve"> Podpisy</w:t>
      </w:r>
    </w:p>
    <w:p w14:paraId="17DDE483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6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W.Arcimowicz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(WA)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</w:t>
      </w:r>
    </w:p>
    <w:p w14:paraId="3694247F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7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M.Basałygo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(MB)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……………………………………………………………………..</w:t>
      </w:r>
    </w:p>
    <w:p w14:paraId="6C48EABC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8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D.Bem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(BM)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…………………………………………………………………………..</w:t>
      </w:r>
    </w:p>
    <w:p w14:paraId="44621CE4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9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D.Burda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(DB)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…………………………………………………………………………..</w:t>
      </w:r>
    </w:p>
    <w:p w14:paraId="02FB3491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10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M.Chojnacka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(CH)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</w:t>
      </w:r>
    </w:p>
    <w:p w14:paraId="7A1C5B11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11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D.Dalak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(DD)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……………………………………………………………………………</w:t>
      </w:r>
    </w:p>
    <w:p w14:paraId="2CDE8474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12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M.Dubrawski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(DU)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……………………………………………………………………..</w:t>
      </w:r>
    </w:p>
    <w:p w14:paraId="6F8C287C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13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E.Durasiewicz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>-Konieczna (DE)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</w:t>
      </w:r>
    </w:p>
    <w:p w14:paraId="6EFA0EC9" w14:textId="77777777" w:rsidR="002C04E7" w:rsidRDefault="00B67CE0" w:rsidP="002C04E7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14" w:tgtFrame="plan" w:history="1">
        <w:proofErr w:type="spellStart"/>
        <w:r w:rsidR="002C04E7" w:rsidRPr="003D477E">
          <w:rPr>
            <w:rFonts w:eastAsia="Times New Roman" w:cs="Times New Roman"/>
            <w:u w:val="single"/>
            <w:lang w:val="en-GB" w:eastAsia="pl-PL"/>
          </w:rPr>
          <w:t>M.Dygas-Glapińska</w:t>
        </w:r>
        <w:proofErr w:type="spellEnd"/>
        <w:r w:rsidR="002C04E7" w:rsidRPr="003D477E">
          <w:rPr>
            <w:rFonts w:eastAsia="Times New Roman" w:cs="Times New Roman"/>
            <w:u w:val="single"/>
            <w:lang w:val="en-GB" w:eastAsia="pl-PL"/>
          </w:rPr>
          <w:t xml:space="preserve"> (MD)</w:t>
        </w:r>
      </w:hyperlink>
      <w:r w:rsidR="002C04E7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……………………………………………………………….</w:t>
      </w:r>
    </w:p>
    <w:p w14:paraId="0A162B09" w14:textId="77777777" w:rsidR="002C04E7" w:rsidRDefault="002C04E7" w:rsidP="002C04E7">
      <w:pPr>
        <w:spacing w:after="0" w:line="360" w:lineRule="auto"/>
        <w:rPr>
          <w:rFonts w:eastAsia="Times New Roman" w:cs="Times New Roman"/>
          <w:lang w:val="en-GB" w:eastAsia="pl-PL"/>
        </w:rPr>
      </w:pPr>
      <w:proofErr w:type="spellStart"/>
      <w:r>
        <w:rPr>
          <w:rFonts w:eastAsia="Times New Roman" w:cs="Times New Roman"/>
          <w:lang w:val="en-GB" w:eastAsia="pl-PL"/>
        </w:rPr>
        <w:t>K.Dygas-Mieszała</w:t>
      </w:r>
      <w:proofErr w:type="spellEnd"/>
      <w:r>
        <w:rPr>
          <w:rFonts w:eastAsia="Times New Roman" w:cs="Times New Roman"/>
          <w:lang w:val="en-GB" w:eastAsia="pl-PL"/>
        </w:rPr>
        <w:t>(KD)………………………………………………………………………….</w:t>
      </w:r>
    </w:p>
    <w:p w14:paraId="0F7DAF0C" w14:textId="77777777" w:rsidR="002C04E7" w:rsidRPr="003D477E" w:rsidRDefault="002C04E7" w:rsidP="002C04E7">
      <w:pPr>
        <w:spacing w:after="0" w:line="360" w:lineRule="auto"/>
        <w:rPr>
          <w:rFonts w:eastAsia="Times New Roman" w:cs="Times New Roman"/>
          <w:lang w:val="en-GB" w:eastAsia="pl-PL"/>
        </w:rPr>
      </w:pPr>
      <w:proofErr w:type="spellStart"/>
      <w:r>
        <w:rPr>
          <w:rFonts w:eastAsia="Times New Roman" w:cs="Times New Roman"/>
          <w:lang w:val="en-GB" w:eastAsia="pl-PL"/>
        </w:rPr>
        <w:t>M.Fedorowicz</w:t>
      </w:r>
      <w:proofErr w:type="spellEnd"/>
      <w:r>
        <w:rPr>
          <w:rFonts w:eastAsia="Times New Roman" w:cs="Times New Roman"/>
          <w:lang w:val="en-GB" w:eastAsia="pl-PL"/>
        </w:rPr>
        <w:t>(FE)…………………………………………………………………………….</w:t>
      </w:r>
    </w:p>
    <w:p w14:paraId="63B10A5E" w14:textId="77777777" w:rsidR="002C04E7" w:rsidRPr="003D477E" w:rsidRDefault="00B67CE0" w:rsidP="002C04E7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15" w:tgtFrame="plan" w:history="1">
        <w:proofErr w:type="spellStart"/>
        <w:r w:rsidR="002C04E7" w:rsidRPr="003D477E">
          <w:rPr>
            <w:rFonts w:eastAsia="Times New Roman" w:cs="Times New Roman"/>
            <w:u w:val="single"/>
            <w:lang w:val="en-GB" w:eastAsia="pl-PL"/>
          </w:rPr>
          <w:t>D.Firlet</w:t>
        </w:r>
        <w:proofErr w:type="spellEnd"/>
        <w:r w:rsidR="002C04E7" w:rsidRPr="003D477E">
          <w:rPr>
            <w:rFonts w:eastAsia="Times New Roman" w:cs="Times New Roman"/>
            <w:u w:val="single"/>
            <w:lang w:val="en-GB" w:eastAsia="pl-PL"/>
          </w:rPr>
          <w:t xml:space="preserve"> (FR)</w:t>
        </w:r>
      </w:hyperlink>
      <w:r w:rsidR="002C04E7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……………………………………………………………………………..</w:t>
      </w:r>
    </w:p>
    <w:p w14:paraId="19E79C08" w14:textId="77777777" w:rsidR="002C04E7" w:rsidRPr="003D477E" w:rsidRDefault="00B67CE0" w:rsidP="002C04E7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16" w:tgtFrame="plan" w:history="1">
        <w:proofErr w:type="spellStart"/>
        <w:r w:rsidR="002C04E7" w:rsidRPr="003D477E">
          <w:rPr>
            <w:rFonts w:eastAsia="Times New Roman" w:cs="Times New Roman"/>
            <w:u w:val="single"/>
            <w:lang w:val="en-GB" w:eastAsia="pl-PL"/>
          </w:rPr>
          <w:t>D.Florek</w:t>
        </w:r>
        <w:proofErr w:type="spellEnd"/>
        <w:r w:rsidR="002C04E7" w:rsidRPr="003D477E">
          <w:rPr>
            <w:rFonts w:eastAsia="Times New Roman" w:cs="Times New Roman"/>
            <w:u w:val="single"/>
            <w:lang w:val="en-GB" w:eastAsia="pl-PL"/>
          </w:rPr>
          <w:t xml:space="preserve"> (DF)</w:t>
        </w:r>
      </w:hyperlink>
      <w:r w:rsidR="002C04E7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……………………………………………………………………………</w:t>
      </w:r>
    </w:p>
    <w:p w14:paraId="65599740" w14:textId="77777777" w:rsidR="002C04E7" w:rsidRDefault="00B67CE0" w:rsidP="002C04E7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17" w:tgtFrame="plan" w:history="1">
        <w:proofErr w:type="spellStart"/>
        <w:r w:rsidR="002C04E7" w:rsidRPr="003D477E">
          <w:rPr>
            <w:rFonts w:eastAsia="Times New Roman" w:cs="Times New Roman"/>
            <w:u w:val="single"/>
            <w:lang w:val="en-GB" w:eastAsia="pl-PL"/>
          </w:rPr>
          <w:t>D.Gajek</w:t>
        </w:r>
        <w:proofErr w:type="spellEnd"/>
        <w:r w:rsidR="002C04E7" w:rsidRPr="003D477E">
          <w:rPr>
            <w:rFonts w:eastAsia="Times New Roman" w:cs="Times New Roman"/>
            <w:u w:val="single"/>
            <w:lang w:val="en-GB" w:eastAsia="pl-PL"/>
          </w:rPr>
          <w:t xml:space="preserve"> (EE)</w:t>
        </w:r>
      </w:hyperlink>
      <w:r w:rsidR="002C04E7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…………………………………………………………………………….</w:t>
      </w:r>
    </w:p>
    <w:p w14:paraId="390C62DE" w14:textId="77777777" w:rsidR="002C04E7" w:rsidRPr="003D477E" w:rsidRDefault="002C04E7" w:rsidP="002C04E7">
      <w:pPr>
        <w:spacing w:after="0" w:line="360" w:lineRule="auto"/>
        <w:rPr>
          <w:rFonts w:eastAsia="Times New Roman" w:cs="Times New Roman"/>
          <w:lang w:val="en-GB" w:eastAsia="pl-PL"/>
        </w:rPr>
      </w:pPr>
      <w:proofErr w:type="spellStart"/>
      <w:r>
        <w:rPr>
          <w:rFonts w:eastAsia="Times New Roman" w:cs="Times New Roman"/>
          <w:lang w:val="en-GB" w:eastAsia="pl-PL"/>
        </w:rPr>
        <w:t>D.Gleizner</w:t>
      </w:r>
      <w:proofErr w:type="spellEnd"/>
      <w:r>
        <w:rPr>
          <w:rFonts w:eastAsia="Times New Roman" w:cs="Times New Roman"/>
          <w:lang w:val="en-GB" w:eastAsia="pl-PL"/>
        </w:rPr>
        <w:t>(DG)……………………………………………………………………………………</w:t>
      </w:r>
    </w:p>
    <w:p w14:paraId="2B39B8B7" w14:textId="77777777" w:rsidR="002C04E7" w:rsidRPr="003D477E" w:rsidRDefault="00B67CE0" w:rsidP="002C04E7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18" w:tgtFrame="plan" w:history="1">
        <w:proofErr w:type="spellStart"/>
        <w:r w:rsidR="002C04E7" w:rsidRPr="003D477E">
          <w:rPr>
            <w:rFonts w:eastAsia="Times New Roman" w:cs="Times New Roman"/>
            <w:u w:val="single"/>
            <w:lang w:val="en-GB" w:eastAsia="pl-PL"/>
          </w:rPr>
          <w:t>A.Granda</w:t>
        </w:r>
        <w:proofErr w:type="spellEnd"/>
        <w:r w:rsidR="002C04E7" w:rsidRPr="003D477E">
          <w:rPr>
            <w:rFonts w:eastAsia="Times New Roman" w:cs="Times New Roman"/>
            <w:u w:val="single"/>
            <w:lang w:val="en-GB" w:eastAsia="pl-PL"/>
          </w:rPr>
          <w:t xml:space="preserve"> (AG)</w:t>
        </w:r>
      </w:hyperlink>
      <w:r w:rsidR="002C04E7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……………………………………………………………………………</w:t>
      </w:r>
    </w:p>
    <w:p w14:paraId="607004B1" w14:textId="77777777" w:rsidR="002C04E7" w:rsidRPr="003D477E" w:rsidRDefault="00B67CE0" w:rsidP="002C04E7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19" w:tgtFrame="plan" w:history="1">
        <w:proofErr w:type="spellStart"/>
        <w:r w:rsidR="002C04E7" w:rsidRPr="003D477E">
          <w:rPr>
            <w:rFonts w:eastAsia="Times New Roman" w:cs="Times New Roman"/>
            <w:u w:val="single"/>
            <w:lang w:val="en-GB" w:eastAsia="pl-PL"/>
          </w:rPr>
          <w:t>S.Hekert</w:t>
        </w:r>
        <w:proofErr w:type="spellEnd"/>
        <w:r w:rsidR="002C04E7" w:rsidRPr="003D477E">
          <w:rPr>
            <w:rFonts w:eastAsia="Times New Roman" w:cs="Times New Roman"/>
            <w:u w:val="single"/>
            <w:lang w:val="en-GB" w:eastAsia="pl-PL"/>
          </w:rPr>
          <w:t xml:space="preserve"> (He)</w:t>
        </w:r>
      </w:hyperlink>
      <w:r w:rsidR="002C04E7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…………………………………………………………………………….</w:t>
      </w:r>
    </w:p>
    <w:p w14:paraId="4470EDB1" w14:textId="77777777" w:rsidR="002C04E7" w:rsidRPr="003D477E" w:rsidRDefault="00B67CE0" w:rsidP="002C04E7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20" w:tgtFrame="plan" w:history="1">
        <w:proofErr w:type="spellStart"/>
        <w:r w:rsidR="002C04E7" w:rsidRPr="003D477E">
          <w:rPr>
            <w:rFonts w:eastAsia="Times New Roman" w:cs="Times New Roman"/>
            <w:u w:val="single"/>
            <w:lang w:val="en-GB" w:eastAsia="pl-PL"/>
          </w:rPr>
          <w:t>R.Hnitecki</w:t>
        </w:r>
        <w:proofErr w:type="spellEnd"/>
        <w:r w:rsidR="002C04E7" w:rsidRPr="003D477E">
          <w:rPr>
            <w:rFonts w:eastAsia="Times New Roman" w:cs="Times New Roman"/>
            <w:u w:val="single"/>
            <w:lang w:val="en-GB" w:eastAsia="pl-PL"/>
          </w:rPr>
          <w:t xml:space="preserve"> (RH)</w:t>
        </w:r>
      </w:hyperlink>
      <w:r w:rsidR="002C04E7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………………………………………………………………………….</w:t>
      </w:r>
    </w:p>
    <w:p w14:paraId="3B5B6EA7" w14:textId="77777777" w:rsidR="002C04E7" w:rsidRPr="003D477E" w:rsidRDefault="00B67CE0" w:rsidP="002C04E7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21" w:tgtFrame="plan" w:history="1">
        <w:proofErr w:type="spellStart"/>
        <w:r w:rsidR="002C04E7" w:rsidRPr="003D477E">
          <w:rPr>
            <w:rFonts w:eastAsia="Times New Roman" w:cs="Times New Roman"/>
            <w:u w:val="single"/>
            <w:lang w:val="en-GB" w:eastAsia="pl-PL"/>
          </w:rPr>
          <w:t>J.Jęcek</w:t>
        </w:r>
        <w:proofErr w:type="spellEnd"/>
        <w:r w:rsidR="002C04E7" w:rsidRPr="003D477E">
          <w:rPr>
            <w:rFonts w:eastAsia="Times New Roman" w:cs="Times New Roman"/>
            <w:u w:val="single"/>
            <w:lang w:val="en-GB" w:eastAsia="pl-PL"/>
          </w:rPr>
          <w:t xml:space="preserve"> (</w:t>
        </w:r>
        <w:proofErr w:type="spellStart"/>
        <w:r w:rsidR="002C04E7" w:rsidRPr="003D477E">
          <w:rPr>
            <w:rFonts w:eastAsia="Times New Roman" w:cs="Times New Roman"/>
            <w:u w:val="single"/>
            <w:lang w:val="en-GB" w:eastAsia="pl-PL"/>
          </w:rPr>
          <w:t>Ję</w:t>
        </w:r>
        <w:proofErr w:type="spellEnd"/>
        <w:r w:rsidR="002C04E7" w:rsidRPr="003D477E">
          <w:rPr>
            <w:rFonts w:eastAsia="Times New Roman" w:cs="Times New Roman"/>
            <w:u w:val="single"/>
            <w:lang w:val="en-GB" w:eastAsia="pl-PL"/>
          </w:rPr>
          <w:t>)</w:t>
        </w:r>
      </w:hyperlink>
      <w:r w:rsidR="002C04E7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…………………………………………………………………………………</w:t>
      </w:r>
    </w:p>
    <w:p w14:paraId="3DB0BDDB" w14:textId="77777777" w:rsidR="002C04E7" w:rsidRPr="003D477E" w:rsidRDefault="00B67CE0" w:rsidP="002C04E7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22" w:tgtFrame="plan" w:history="1">
        <w:proofErr w:type="spellStart"/>
        <w:r w:rsidR="002C04E7" w:rsidRPr="003D477E">
          <w:rPr>
            <w:rFonts w:eastAsia="Times New Roman" w:cs="Times New Roman"/>
            <w:u w:val="single"/>
            <w:lang w:val="en-GB" w:eastAsia="pl-PL"/>
          </w:rPr>
          <w:t>J.Jonczyk</w:t>
        </w:r>
        <w:proofErr w:type="spellEnd"/>
        <w:r w:rsidR="002C04E7" w:rsidRPr="003D477E">
          <w:rPr>
            <w:rFonts w:eastAsia="Times New Roman" w:cs="Times New Roman"/>
            <w:u w:val="single"/>
            <w:lang w:val="en-GB" w:eastAsia="pl-PL"/>
          </w:rPr>
          <w:t xml:space="preserve"> (JJ)</w:t>
        </w:r>
      </w:hyperlink>
      <w:r w:rsidR="002C04E7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……………………………………………………………………………</w:t>
      </w:r>
    </w:p>
    <w:p w14:paraId="40705572" w14:textId="77777777" w:rsidR="002C04E7" w:rsidRPr="003D477E" w:rsidRDefault="00B67CE0" w:rsidP="002C04E7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23" w:tgtFrame="plan" w:history="1">
        <w:proofErr w:type="spellStart"/>
        <w:r w:rsidR="002C04E7" w:rsidRPr="003D477E">
          <w:rPr>
            <w:rFonts w:eastAsia="Times New Roman" w:cs="Times New Roman"/>
            <w:u w:val="single"/>
            <w:lang w:val="en-GB" w:eastAsia="pl-PL"/>
          </w:rPr>
          <w:t>A.Kałas</w:t>
        </w:r>
        <w:proofErr w:type="spellEnd"/>
        <w:r w:rsidR="002C04E7" w:rsidRPr="003D477E">
          <w:rPr>
            <w:rFonts w:eastAsia="Times New Roman" w:cs="Times New Roman"/>
            <w:u w:val="single"/>
            <w:lang w:val="en-GB" w:eastAsia="pl-PL"/>
          </w:rPr>
          <w:t xml:space="preserve"> (EM)</w:t>
        </w:r>
      </w:hyperlink>
      <w:r w:rsidR="002C04E7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……………………………………………………………………………</w:t>
      </w:r>
    </w:p>
    <w:p w14:paraId="308ADCEB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24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Z.Kazimierczak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(ZK)</w:t>
        </w:r>
      </w:hyperlink>
      <w:r w:rsidR="002C04E7" w:rsidRPr="002422A9">
        <w:rPr>
          <w:rFonts w:eastAsia="Times New Roman" w:cs="Times New Roman"/>
          <w:lang w:val="pl-PL" w:eastAsia="pl-PL"/>
        </w:rPr>
        <w:t>………………………………………………………………………</w:t>
      </w:r>
    </w:p>
    <w:p w14:paraId="5A49E96E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25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J.Konieczny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(KN)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…………………………………………………………………………</w:t>
      </w:r>
    </w:p>
    <w:p w14:paraId="608CF46E" w14:textId="77777777" w:rsidR="002C04E7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26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R.Konopski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(RK)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…………………………………………………………………………</w:t>
      </w:r>
    </w:p>
    <w:p w14:paraId="1A8A0724" w14:textId="77777777" w:rsidR="002C04E7" w:rsidRPr="002422A9" w:rsidRDefault="002C04E7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proofErr w:type="spellStart"/>
      <w:r>
        <w:rPr>
          <w:rFonts w:eastAsia="Times New Roman" w:cs="Times New Roman"/>
          <w:lang w:val="pl-PL" w:eastAsia="pl-PL"/>
        </w:rPr>
        <w:t>E.Kopij</w:t>
      </w:r>
      <w:proofErr w:type="spellEnd"/>
      <w:r>
        <w:rPr>
          <w:rFonts w:eastAsia="Times New Roman" w:cs="Times New Roman"/>
          <w:lang w:val="pl-PL" w:eastAsia="pl-PL"/>
        </w:rPr>
        <w:t>(IJ)………………………………………………………………………………………..</w:t>
      </w:r>
    </w:p>
    <w:p w14:paraId="3C40A820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27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K.Korotusz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(Ko)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…………………………………………………………………………</w:t>
      </w:r>
    </w:p>
    <w:p w14:paraId="177EA85F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28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M.Kosińska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(KŃ)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…………………………………………………………………………</w:t>
      </w:r>
    </w:p>
    <w:p w14:paraId="710E08B2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29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R.Kowalczyk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(KR)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</w:t>
      </w:r>
    </w:p>
    <w:p w14:paraId="427079BE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30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A.Kowalik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(KI)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……………………………………………………………………………</w:t>
      </w:r>
    </w:p>
    <w:p w14:paraId="6FFB4935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31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E.Kozioł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(EK)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……………………………………………………………………………</w:t>
      </w:r>
    </w:p>
    <w:p w14:paraId="163478A2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32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J.Krajewski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(KJ)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…………………………………………………………………………</w:t>
      </w:r>
    </w:p>
    <w:p w14:paraId="7604946C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33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M.Krzywonos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(MK)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</w:t>
      </w:r>
    </w:p>
    <w:p w14:paraId="28BEEE91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34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A.Kuriata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(AK)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……………………………………………………………………………</w:t>
      </w:r>
    </w:p>
    <w:p w14:paraId="3FD309EA" w14:textId="77777777" w:rsidR="002C04E7" w:rsidRPr="003D477E" w:rsidRDefault="00B67CE0" w:rsidP="002C04E7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35" w:tgtFrame="plan" w:history="1">
        <w:proofErr w:type="spellStart"/>
        <w:r w:rsidR="002C04E7" w:rsidRPr="003D477E">
          <w:rPr>
            <w:rFonts w:eastAsia="Times New Roman" w:cs="Times New Roman"/>
            <w:u w:val="single"/>
            <w:lang w:val="en-GB" w:eastAsia="pl-PL"/>
          </w:rPr>
          <w:t>R.Latos</w:t>
        </w:r>
        <w:proofErr w:type="spellEnd"/>
        <w:r w:rsidR="002C04E7" w:rsidRPr="003D477E">
          <w:rPr>
            <w:rFonts w:eastAsia="Times New Roman" w:cs="Times New Roman"/>
            <w:u w:val="single"/>
            <w:lang w:val="en-GB" w:eastAsia="pl-PL"/>
          </w:rPr>
          <w:t xml:space="preserve"> (LA)</w:t>
        </w:r>
      </w:hyperlink>
      <w:r w:rsidR="002C04E7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……………………………………………………………………………</w:t>
      </w:r>
    </w:p>
    <w:p w14:paraId="1E303CA9" w14:textId="77777777" w:rsidR="002C04E7" w:rsidRDefault="00B67CE0" w:rsidP="002C04E7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36" w:tgtFrame="plan" w:history="1">
        <w:proofErr w:type="spellStart"/>
        <w:r w:rsidR="002C04E7" w:rsidRPr="003D477E">
          <w:rPr>
            <w:rFonts w:eastAsia="Times New Roman" w:cs="Times New Roman"/>
            <w:u w:val="single"/>
            <w:lang w:val="en-GB" w:eastAsia="pl-PL"/>
          </w:rPr>
          <w:t>H.Lech</w:t>
        </w:r>
        <w:proofErr w:type="spellEnd"/>
        <w:r w:rsidR="002C04E7" w:rsidRPr="003D477E">
          <w:rPr>
            <w:rFonts w:eastAsia="Times New Roman" w:cs="Times New Roman"/>
            <w:u w:val="single"/>
            <w:lang w:val="en-GB" w:eastAsia="pl-PL"/>
          </w:rPr>
          <w:t xml:space="preserve"> (HL)</w:t>
        </w:r>
      </w:hyperlink>
      <w:r w:rsidR="002C04E7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……………………………………………………………………………</w:t>
      </w:r>
    </w:p>
    <w:p w14:paraId="3B93F364" w14:textId="77777777" w:rsidR="002C04E7" w:rsidRPr="003D477E" w:rsidRDefault="002C04E7" w:rsidP="002C04E7">
      <w:pPr>
        <w:spacing w:after="0" w:line="360" w:lineRule="auto"/>
        <w:rPr>
          <w:rFonts w:eastAsia="Times New Roman" w:cs="Times New Roman"/>
          <w:lang w:val="en-GB" w:eastAsia="pl-PL"/>
        </w:rPr>
      </w:pPr>
      <w:proofErr w:type="spellStart"/>
      <w:r>
        <w:rPr>
          <w:rFonts w:eastAsia="Times New Roman" w:cs="Times New Roman"/>
          <w:lang w:val="en-GB" w:eastAsia="pl-PL"/>
        </w:rPr>
        <w:t>K.Leśniewski</w:t>
      </w:r>
      <w:proofErr w:type="spellEnd"/>
      <w:r>
        <w:rPr>
          <w:rFonts w:eastAsia="Times New Roman" w:cs="Times New Roman"/>
          <w:lang w:val="en-GB" w:eastAsia="pl-PL"/>
        </w:rPr>
        <w:t>(LE)……………………………………………………………………….</w:t>
      </w:r>
    </w:p>
    <w:p w14:paraId="35ED0E8F" w14:textId="77777777" w:rsidR="002C04E7" w:rsidRDefault="00B67CE0" w:rsidP="002C04E7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37" w:tgtFrame="plan" w:history="1">
        <w:proofErr w:type="spellStart"/>
        <w:r w:rsidR="002C04E7" w:rsidRPr="003D477E">
          <w:rPr>
            <w:rFonts w:eastAsia="Times New Roman" w:cs="Times New Roman"/>
            <w:u w:val="single"/>
            <w:lang w:val="en-GB" w:eastAsia="pl-PL"/>
          </w:rPr>
          <w:t>M.Liedtke</w:t>
        </w:r>
        <w:proofErr w:type="spellEnd"/>
        <w:r w:rsidR="002C04E7" w:rsidRPr="003D477E">
          <w:rPr>
            <w:rFonts w:eastAsia="Times New Roman" w:cs="Times New Roman"/>
            <w:u w:val="single"/>
            <w:lang w:val="en-GB" w:eastAsia="pl-PL"/>
          </w:rPr>
          <w:t xml:space="preserve"> (Li)</w:t>
        </w:r>
      </w:hyperlink>
      <w:r w:rsidR="002C04E7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……………………………………………………………………………</w:t>
      </w:r>
    </w:p>
    <w:p w14:paraId="62544582" w14:textId="77777777" w:rsidR="002C04E7" w:rsidRPr="003D477E" w:rsidRDefault="002C04E7" w:rsidP="002C04E7">
      <w:pPr>
        <w:spacing w:after="0" w:line="360" w:lineRule="auto"/>
        <w:rPr>
          <w:rFonts w:eastAsia="Times New Roman" w:cs="Times New Roman"/>
          <w:lang w:val="en-GB" w:eastAsia="pl-PL"/>
        </w:rPr>
      </w:pPr>
      <w:proofErr w:type="spellStart"/>
      <w:r>
        <w:rPr>
          <w:rFonts w:eastAsia="Times New Roman" w:cs="Times New Roman"/>
          <w:lang w:val="en-GB" w:eastAsia="pl-PL"/>
        </w:rPr>
        <w:t>P.Lipnicki</w:t>
      </w:r>
      <w:proofErr w:type="spellEnd"/>
      <w:r>
        <w:rPr>
          <w:rFonts w:eastAsia="Times New Roman" w:cs="Times New Roman"/>
          <w:lang w:val="en-GB" w:eastAsia="pl-PL"/>
        </w:rPr>
        <w:t>(LN)………………………………………………………………………………</w:t>
      </w:r>
    </w:p>
    <w:p w14:paraId="55FB89F5" w14:textId="77777777" w:rsidR="002C04E7" w:rsidRPr="003D477E" w:rsidRDefault="00B67CE0" w:rsidP="002C04E7">
      <w:pPr>
        <w:spacing w:after="0" w:line="360" w:lineRule="auto"/>
        <w:rPr>
          <w:rFonts w:eastAsia="Times New Roman" w:cs="Times New Roman"/>
          <w:lang w:val="en-GB" w:eastAsia="pl-PL"/>
        </w:rPr>
      </w:pPr>
      <w:hyperlink r:id="rId38" w:tgtFrame="plan" w:history="1">
        <w:proofErr w:type="spellStart"/>
        <w:r w:rsidR="002C04E7" w:rsidRPr="003D477E">
          <w:rPr>
            <w:rFonts w:eastAsia="Times New Roman" w:cs="Times New Roman"/>
            <w:u w:val="single"/>
            <w:lang w:val="en-GB" w:eastAsia="pl-PL"/>
          </w:rPr>
          <w:t>I.Lisicka</w:t>
        </w:r>
        <w:proofErr w:type="spellEnd"/>
        <w:r w:rsidR="002C04E7" w:rsidRPr="003D477E">
          <w:rPr>
            <w:rFonts w:eastAsia="Times New Roman" w:cs="Times New Roman"/>
            <w:u w:val="single"/>
            <w:lang w:val="en-GB" w:eastAsia="pl-PL"/>
          </w:rPr>
          <w:t xml:space="preserve"> (IL)</w:t>
        </w:r>
      </w:hyperlink>
      <w:r w:rsidR="002C04E7" w:rsidRPr="003D477E">
        <w:rPr>
          <w:rFonts w:eastAsia="Times New Roman" w:cs="Times New Roman"/>
          <w:lang w:val="en-GB" w:eastAsia="pl-PL"/>
        </w:rPr>
        <w:t xml:space="preserve"> ……………………………………………………………………………</w:t>
      </w:r>
    </w:p>
    <w:p w14:paraId="2DE84DE7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39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A.Łuczak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(AŁ)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……………………………………………………………………………</w:t>
      </w:r>
    </w:p>
    <w:p w14:paraId="44015ED9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40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I.Malinowska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(IM)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…………………………………………………………………………</w:t>
      </w:r>
    </w:p>
    <w:p w14:paraId="03A09310" w14:textId="77777777" w:rsidR="002C04E7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41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M.Potoczna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(MM)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…………………………………………………………………………</w:t>
      </w:r>
    </w:p>
    <w:p w14:paraId="42367353" w14:textId="77777777" w:rsidR="002C04E7" w:rsidRPr="002422A9" w:rsidRDefault="002C04E7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proofErr w:type="spellStart"/>
      <w:r>
        <w:rPr>
          <w:rFonts w:eastAsia="Times New Roman" w:cs="Times New Roman"/>
          <w:lang w:val="pl-PL" w:eastAsia="pl-PL"/>
        </w:rPr>
        <w:t>M.Płatek</w:t>
      </w:r>
      <w:proofErr w:type="spellEnd"/>
      <w:r>
        <w:rPr>
          <w:rFonts w:eastAsia="Times New Roman" w:cs="Times New Roman"/>
          <w:lang w:val="pl-PL" w:eastAsia="pl-PL"/>
        </w:rPr>
        <w:t>(PŁ)………………………………………………………………………………</w:t>
      </w:r>
    </w:p>
    <w:p w14:paraId="3DF31EEE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42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J.Rajczakowski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(JR)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</w:t>
      </w:r>
    </w:p>
    <w:p w14:paraId="32F659E4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43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M.Słowińska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(MS)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</w:t>
      </w:r>
    </w:p>
    <w:p w14:paraId="2FE359F8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44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R.Sokołowski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(RS)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</w:t>
      </w:r>
    </w:p>
    <w:p w14:paraId="3FFF4647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45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M.Starzewska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</w:t>
        </w:r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St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>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</w:t>
      </w:r>
    </w:p>
    <w:p w14:paraId="3F37DAB3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46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J.Szczepankowski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(SJ)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</w:t>
      </w:r>
    </w:p>
    <w:p w14:paraId="5CCDD4C0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47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B.Szeremeta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(BS)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</w:t>
      </w:r>
    </w:p>
    <w:p w14:paraId="5F67ADC7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48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P.Szmal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(PS)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……………………………………………………………………………</w:t>
      </w:r>
    </w:p>
    <w:p w14:paraId="278297F1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49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M.Topolnicka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(MT)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</w:t>
      </w:r>
    </w:p>
    <w:p w14:paraId="580BBA90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50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D.Tymińska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(DT)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</w:t>
      </w:r>
    </w:p>
    <w:p w14:paraId="55010120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51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J.Walczak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(JW)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……………………………………………………………………………</w:t>
      </w:r>
    </w:p>
    <w:p w14:paraId="22950829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52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W.Warszawski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(WS)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</w:t>
      </w:r>
    </w:p>
    <w:p w14:paraId="4A66D713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53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K.Wielgus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(KW)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</w:t>
      </w:r>
    </w:p>
    <w:p w14:paraId="6655C6FF" w14:textId="77777777" w:rsidR="002C04E7" w:rsidRPr="002422A9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54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I.Wochna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(WI)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……………………………………………………………………………</w:t>
      </w:r>
    </w:p>
    <w:p w14:paraId="03C00F57" w14:textId="77777777" w:rsidR="002C04E7" w:rsidRDefault="00B67CE0" w:rsidP="002C04E7">
      <w:pPr>
        <w:spacing w:after="0" w:line="360" w:lineRule="auto"/>
        <w:rPr>
          <w:rFonts w:eastAsia="Times New Roman" w:cs="Times New Roman"/>
          <w:lang w:val="pl-PL" w:eastAsia="pl-PL"/>
        </w:rPr>
      </w:pPr>
      <w:hyperlink r:id="rId55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W.Woźniak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(WW)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</w:t>
      </w:r>
    </w:p>
    <w:p w14:paraId="7A1922E4" w14:textId="77777777" w:rsidR="002C04E7" w:rsidRDefault="002C04E7" w:rsidP="002C04E7">
      <w:pPr>
        <w:spacing w:after="0" w:line="360" w:lineRule="auto"/>
        <w:contextualSpacing/>
        <w:rPr>
          <w:rFonts w:eastAsia="Times New Roman" w:cs="Times New Roman"/>
          <w:lang w:val="pl-PL" w:eastAsia="pl-PL"/>
        </w:rPr>
      </w:pPr>
      <w:proofErr w:type="spellStart"/>
      <w:r>
        <w:rPr>
          <w:rFonts w:eastAsia="Times New Roman" w:cs="Times New Roman"/>
          <w:lang w:val="pl-PL" w:eastAsia="pl-PL"/>
        </w:rPr>
        <w:t>P.Wróblewski</w:t>
      </w:r>
      <w:proofErr w:type="spellEnd"/>
      <w:r>
        <w:rPr>
          <w:rFonts w:eastAsia="Times New Roman" w:cs="Times New Roman"/>
          <w:lang w:val="pl-PL" w:eastAsia="pl-PL"/>
        </w:rPr>
        <w:t>(PW)…………………………………………………………………………</w:t>
      </w:r>
    </w:p>
    <w:p w14:paraId="315C7E10" w14:textId="77777777" w:rsidR="002C04E7" w:rsidRPr="002422A9" w:rsidRDefault="002C04E7" w:rsidP="002C04E7">
      <w:pPr>
        <w:spacing w:after="0" w:line="360" w:lineRule="auto"/>
        <w:contextualSpacing/>
        <w:rPr>
          <w:rFonts w:eastAsia="Times New Roman" w:cs="Times New Roman"/>
          <w:lang w:val="pl-PL" w:eastAsia="pl-PL"/>
        </w:rPr>
      </w:pPr>
      <w:proofErr w:type="spellStart"/>
      <w:r>
        <w:rPr>
          <w:rFonts w:eastAsia="Times New Roman" w:cs="Times New Roman"/>
          <w:lang w:val="pl-PL" w:eastAsia="pl-PL"/>
        </w:rPr>
        <w:t>Ł.Zawada</w:t>
      </w:r>
      <w:proofErr w:type="spellEnd"/>
      <w:r>
        <w:rPr>
          <w:rFonts w:eastAsia="Times New Roman" w:cs="Times New Roman"/>
          <w:lang w:val="pl-PL" w:eastAsia="pl-PL"/>
        </w:rPr>
        <w:t>(ŁZ)………………………………………………………………………………..</w:t>
      </w:r>
    </w:p>
    <w:p w14:paraId="445D01C1" w14:textId="77777777" w:rsidR="002C04E7" w:rsidRDefault="00B67CE0" w:rsidP="002C04E7">
      <w:pPr>
        <w:spacing w:line="360" w:lineRule="auto"/>
        <w:contextualSpacing/>
        <w:rPr>
          <w:rFonts w:eastAsia="Times New Roman" w:cs="Times New Roman"/>
          <w:lang w:val="pl-PL" w:eastAsia="pl-PL"/>
        </w:rPr>
      </w:pPr>
      <w:hyperlink r:id="rId56" w:tgtFrame="plan" w:history="1">
        <w:proofErr w:type="spellStart"/>
        <w:r w:rsidR="002C04E7" w:rsidRPr="002422A9">
          <w:rPr>
            <w:rFonts w:eastAsia="Times New Roman" w:cs="Times New Roman"/>
            <w:u w:val="single"/>
            <w:lang w:val="pl-PL" w:eastAsia="pl-PL"/>
          </w:rPr>
          <w:t>M.Zwolińska</w:t>
        </w:r>
        <w:proofErr w:type="spellEnd"/>
        <w:r w:rsidR="002C04E7" w:rsidRPr="002422A9">
          <w:rPr>
            <w:rFonts w:eastAsia="Times New Roman" w:cs="Times New Roman"/>
            <w:u w:val="single"/>
            <w:lang w:val="pl-PL" w:eastAsia="pl-PL"/>
          </w:rPr>
          <w:t xml:space="preserve"> (MW)</w:t>
        </w:r>
      </w:hyperlink>
      <w:r w:rsidR="002C04E7" w:rsidRPr="002422A9">
        <w:rPr>
          <w:rFonts w:eastAsia="Times New Roman" w:cs="Times New Roman"/>
          <w:lang w:val="pl-PL" w:eastAsia="pl-PL"/>
        </w:rPr>
        <w:t xml:space="preserve"> ………………………………………………………………………</w:t>
      </w:r>
    </w:p>
    <w:p w14:paraId="3F193011" w14:textId="77777777" w:rsidR="002C04E7" w:rsidRPr="002422A9" w:rsidRDefault="002C04E7" w:rsidP="002C04E7">
      <w:pPr>
        <w:spacing w:line="360" w:lineRule="auto"/>
        <w:contextualSpacing/>
        <w:rPr>
          <w:rFonts w:cs="Times New Roman"/>
          <w:lang w:val="pl-PL"/>
        </w:rPr>
      </w:pPr>
      <w:proofErr w:type="spellStart"/>
      <w:r>
        <w:rPr>
          <w:rFonts w:eastAsia="Times New Roman" w:cs="Times New Roman"/>
          <w:lang w:val="pl-PL" w:eastAsia="pl-PL"/>
        </w:rPr>
        <w:t>D.Zygart</w:t>
      </w:r>
      <w:proofErr w:type="spellEnd"/>
      <w:r>
        <w:rPr>
          <w:rFonts w:eastAsia="Times New Roman" w:cs="Times New Roman"/>
          <w:lang w:val="pl-PL" w:eastAsia="pl-PL"/>
        </w:rPr>
        <w:t xml:space="preserve"> (ZY)………………………………………………………………………………..</w:t>
      </w:r>
    </w:p>
    <w:p w14:paraId="0A79D867" w14:textId="77777777" w:rsidR="002C04E7" w:rsidRPr="003178AC" w:rsidRDefault="002C04E7">
      <w:pPr>
        <w:rPr>
          <w:lang w:val="pl-PL"/>
        </w:rPr>
      </w:pPr>
    </w:p>
    <w:sectPr w:rsidR="002C04E7" w:rsidRPr="003178A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26EE2"/>
    <w:rsid w:val="0015074B"/>
    <w:rsid w:val="00175B73"/>
    <w:rsid w:val="0029639D"/>
    <w:rsid w:val="002C04E7"/>
    <w:rsid w:val="003178AC"/>
    <w:rsid w:val="00326F90"/>
    <w:rsid w:val="003425E9"/>
    <w:rsid w:val="004A490E"/>
    <w:rsid w:val="004C5806"/>
    <w:rsid w:val="00584138"/>
    <w:rsid w:val="00850A95"/>
    <w:rsid w:val="00AA1D8D"/>
    <w:rsid w:val="00B47730"/>
    <w:rsid w:val="00B67CE0"/>
    <w:rsid w:val="00BE4289"/>
    <w:rsid w:val="00CB0664"/>
    <w:rsid w:val="00E21B4B"/>
    <w:rsid w:val="00FC693F"/>
    <w:rsid w:val="00FD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DFE102"/>
  <w14:defaultImageDpi w14:val="300"/>
  <w15:docId w15:val="{93452B10-91A5-4D9E-A29C-4B2212C3A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szil.pl/plany/uczniowie/plany/n20.html" TargetMode="External"/><Relationship Id="rId18" Type="http://schemas.openxmlformats.org/officeDocument/2006/relationships/hyperlink" Target="https://zszil.pl/plany/uczniowie/plany/n26.html" TargetMode="External"/><Relationship Id="rId26" Type="http://schemas.openxmlformats.org/officeDocument/2006/relationships/hyperlink" Target="https://zszil.pl/plany/uczniowie/plany/n69.html" TargetMode="External"/><Relationship Id="rId39" Type="http://schemas.openxmlformats.org/officeDocument/2006/relationships/hyperlink" Target="https://zszil.pl/plany/uczniowie/plany/n49.html" TargetMode="External"/><Relationship Id="rId21" Type="http://schemas.openxmlformats.org/officeDocument/2006/relationships/hyperlink" Target="https://zszil.pl/plany/uczniowie/plany/n29.html" TargetMode="External"/><Relationship Id="rId34" Type="http://schemas.openxmlformats.org/officeDocument/2006/relationships/hyperlink" Target="https://zszil.pl/plany/uczniowie/plany/n44.html" TargetMode="External"/><Relationship Id="rId42" Type="http://schemas.openxmlformats.org/officeDocument/2006/relationships/hyperlink" Target="https://zszil.pl/plany/uczniowie/plany/n53.html" TargetMode="External"/><Relationship Id="rId47" Type="http://schemas.openxmlformats.org/officeDocument/2006/relationships/hyperlink" Target="https://zszil.pl/plany/uczniowie/plany/n58.html" TargetMode="External"/><Relationship Id="rId50" Type="http://schemas.openxmlformats.org/officeDocument/2006/relationships/hyperlink" Target="https://zszil.pl/plany/uczniowie/plany/n62.html" TargetMode="External"/><Relationship Id="rId55" Type="http://schemas.openxmlformats.org/officeDocument/2006/relationships/hyperlink" Target="https://zszil.pl/plany/uczniowie/plany/n67.html" TargetMode="External"/><Relationship Id="rId7" Type="http://schemas.openxmlformats.org/officeDocument/2006/relationships/hyperlink" Target="https://zszil.pl/plany/uczniowie/plany/n12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zszil.pl/plany/uczniowie/plany/n24.html" TargetMode="External"/><Relationship Id="rId29" Type="http://schemas.openxmlformats.org/officeDocument/2006/relationships/hyperlink" Target="https://zszil.pl/plany/uczniowie/plany/n39.html" TargetMode="External"/><Relationship Id="rId11" Type="http://schemas.openxmlformats.org/officeDocument/2006/relationships/hyperlink" Target="https://zszil.pl/plany/uczniowie/plany/n17.html" TargetMode="External"/><Relationship Id="rId24" Type="http://schemas.openxmlformats.org/officeDocument/2006/relationships/hyperlink" Target="https://zszil.pl/plany/uczniowie/plany/n34.html" TargetMode="External"/><Relationship Id="rId32" Type="http://schemas.openxmlformats.org/officeDocument/2006/relationships/hyperlink" Target="https://zszil.pl/plany/uczniowie/plany/n42.html" TargetMode="External"/><Relationship Id="rId37" Type="http://schemas.openxmlformats.org/officeDocument/2006/relationships/hyperlink" Target="https://zszil.pl/plany/uczniowie/plany/n47.html" TargetMode="External"/><Relationship Id="rId40" Type="http://schemas.openxmlformats.org/officeDocument/2006/relationships/hyperlink" Target="https://zszil.pl/plany/uczniowie/plany/n50.html" TargetMode="External"/><Relationship Id="rId45" Type="http://schemas.openxmlformats.org/officeDocument/2006/relationships/hyperlink" Target="https://zszil.pl/plany/uczniowie/plany/n56.html" TargetMode="External"/><Relationship Id="rId53" Type="http://schemas.openxmlformats.org/officeDocument/2006/relationships/hyperlink" Target="https://zszil.pl/plany/uczniowie/plany/n65.html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hyperlink" Target="https://zszil.pl/plany/uczniowie/plany/n2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szil.pl/plany/uczniowie/plany/n14.html" TargetMode="External"/><Relationship Id="rId14" Type="http://schemas.openxmlformats.org/officeDocument/2006/relationships/hyperlink" Target="https://zszil.pl/plany/uczniowie/plany/n21.html" TargetMode="External"/><Relationship Id="rId22" Type="http://schemas.openxmlformats.org/officeDocument/2006/relationships/hyperlink" Target="https://zszil.pl/plany/uczniowie/plany/n30.html" TargetMode="External"/><Relationship Id="rId27" Type="http://schemas.openxmlformats.org/officeDocument/2006/relationships/hyperlink" Target="https://zszil.pl/plany/uczniowie/plany/n37.html" TargetMode="External"/><Relationship Id="rId30" Type="http://schemas.openxmlformats.org/officeDocument/2006/relationships/hyperlink" Target="https://zszil.pl/plany/uczniowie/plany/n40.html" TargetMode="External"/><Relationship Id="rId35" Type="http://schemas.openxmlformats.org/officeDocument/2006/relationships/hyperlink" Target="https://zszil.pl/plany/uczniowie/plany/n45.html" TargetMode="External"/><Relationship Id="rId43" Type="http://schemas.openxmlformats.org/officeDocument/2006/relationships/hyperlink" Target="https://zszil.pl/plany/uczniowie/plany/n54.html" TargetMode="External"/><Relationship Id="rId48" Type="http://schemas.openxmlformats.org/officeDocument/2006/relationships/hyperlink" Target="https://zszil.pl/plany/uczniowie/plany/n59.html" TargetMode="External"/><Relationship Id="rId56" Type="http://schemas.openxmlformats.org/officeDocument/2006/relationships/hyperlink" Target="https://zszil.pl/plany/uczniowie/plany/n68.html" TargetMode="External"/><Relationship Id="rId8" Type="http://schemas.openxmlformats.org/officeDocument/2006/relationships/hyperlink" Target="https://zszil.pl/plany/uczniowie/plany/n13.html" TargetMode="External"/><Relationship Id="rId51" Type="http://schemas.openxmlformats.org/officeDocument/2006/relationships/hyperlink" Target="https://zszil.pl/plany/uczniowie/plany/n63.html" TargetMode="External"/><Relationship Id="rId3" Type="http://schemas.openxmlformats.org/officeDocument/2006/relationships/styles" Target="styles.xml"/><Relationship Id="rId12" Type="http://schemas.openxmlformats.org/officeDocument/2006/relationships/hyperlink" Target="https://zszil.pl/plany/uczniowie/plany/n19.html" TargetMode="External"/><Relationship Id="rId17" Type="http://schemas.openxmlformats.org/officeDocument/2006/relationships/hyperlink" Target="https://zszil.pl/plany/uczniowie/plany/n25.html" TargetMode="External"/><Relationship Id="rId25" Type="http://schemas.openxmlformats.org/officeDocument/2006/relationships/hyperlink" Target="https://zszil.pl/plany/uczniowie/plany/n36.html" TargetMode="External"/><Relationship Id="rId33" Type="http://schemas.openxmlformats.org/officeDocument/2006/relationships/hyperlink" Target="https://zszil.pl/plany/uczniowie/plany/n43.html" TargetMode="External"/><Relationship Id="rId38" Type="http://schemas.openxmlformats.org/officeDocument/2006/relationships/hyperlink" Target="https://zszil.pl/plany/uczniowie/plany/n48.html" TargetMode="External"/><Relationship Id="rId46" Type="http://schemas.openxmlformats.org/officeDocument/2006/relationships/hyperlink" Target="https://zszil.pl/plany/uczniowie/plany/n57.html" TargetMode="External"/><Relationship Id="rId20" Type="http://schemas.openxmlformats.org/officeDocument/2006/relationships/hyperlink" Target="https://zszil.pl/plany/uczniowie/plany/n28.html" TargetMode="External"/><Relationship Id="rId41" Type="http://schemas.openxmlformats.org/officeDocument/2006/relationships/hyperlink" Target="https://zszil.pl/plany/uczniowie/plany/n52.html" TargetMode="External"/><Relationship Id="rId54" Type="http://schemas.openxmlformats.org/officeDocument/2006/relationships/hyperlink" Target="https://zszil.pl/plany/uczniowie/plany/n66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zszil.pl/plany/uczniowie/plany/n11.html" TargetMode="External"/><Relationship Id="rId15" Type="http://schemas.openxmlformats.org/officeDocument/2006/relationships/hyperlink" Target="https://zszil.pl/plany/uczniowie/plany/n23.html" TargetMode="External"/><Relationship Id="rId23" Type="http://schemas.openxmlformats.org/officeDocument/2006/relationships/hyperlink" Target="https://zszil.pl/plany/uczniowie/plany/n32.html" TargetMode="External"/><Relationship Id="rId28" Type="http://schemas.openxmlformats.org/officeDocument/2006/relationships/hyperlink" Target="https://zszil.pl/plany/uczniowie/plany/n38.html" TargetMode="External"/><Relationship Id="rId36" Type="http://schemas.openxmlformats.org/officeDocument/2006/relationships/hyperlink" Target="https://zszil.pl/plany/uczniowie/plany/n46.html" TargetMode="External"/><Relationship Id="rId49" Type="http://schemas.openxmlformats.org/officeDocument/2006/relationships/hyperlink" Target="https://zszil.pl/plany/uczniowie/plany/n61.html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zszil.pl/plany/uczniowie/plany/n15.html" TargetMode="External"/><Relationship Id="rId31" Type="http://schemas.openxmlformats.org/officeDocument/2006/relationships/hyperlink" Target="https://zszil.pl/plany/uczniowie/plany/n41.html" TargetMode="External"/><Relationship Id="rId44" Type="http://schemas.openxmlformats.org/officeDocument/2006/relationships/hyperlink" Target="https://zszil.pl/plany/uczniowie/plany/n55.html" TargetMode="External"/><Relationship Id="rId52" Type="http://schemas.openxmlformats.org/officeDocument/2006/relationships/hyperlink" Target="https://zszil.pl/plany/uczniowie/plany/n6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730FE0-EA33-4A01-AE15-4BFCDF094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1231</Words>
  <Characters>7392</Characters>
  <Application>Microsoft Office Word</Application>
  <DocSecurity>0</DocSecurity>
  <Lines>61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8606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Pracownik</cp:lastModifiedBy>
  <cp:revision>2</cp:revision>
  <dcterms:created xsi:type="dcterms:W3CDTF">2026-09-11T10:29:00Z</dcterms:created>
  <dcterms:modified xsi:type="dcterms:W3CDTF">2026-09-11T10:29:00Z</dcterms:modified>
  <cp:category/>
</cp:coreProperties>
</file>