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6CE" w:rsidRDefault="00C8371F">
      <w:pPr>
        <w:jc w:val="center"/>
        <w:rPr>
          <w:rFonts w:hint="eastAsia"/>
        </w:rPr>
      </w:pPr>
      <w:bookmarkStart w:id="0" w:name="_GoBack"/>
      <w:bookmarkEnd w:id="0"/>
      <w:r>
        <w:rPr>
          <w:b/>
          <w:sz w:val="32"/>
        </w:rPr>
        <w:t>KARTA ZDARZENIA NADZWYCZAJNEGO</w:t>
      </w:r>
    </w:p>
    <w:p w:rsidR="000066CE" w:rsidRDefault="00C8371F">
      <w:pPr>
        <w:rPr>
          <w:rFonts w:hint="eastAsia"/>
        </w:rPr>
      </w:pPr>
      <w:r>
        <w:t>Nazwa szkoły: 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1. Data, godzina i miejsce zdarzenia: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</w:t>
      </w:r>
      <w:r>
        <w:t>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2. Kategoria / rodzaj zdarzenia: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</w:t>
      </w:r>
      <w:r>
        <w:t>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3. Osoby uczestniczące lub poszkodowane: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</w:t>
      </w:r>
      <w:r>
        <w:t>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4. Osoba/osoby zgłaszające zdarzenie: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</w:t>
      </w:r>
      <w:r>
        <w:t>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5. Opis zdarzenia i jego okoliczności: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</w:t>
      </w:r>
      <w:r>
        <w:t>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</w:t>
      </w:r>
      <w:r>
        <w:t>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</w:t>
      </w:r>
      <w:r>
        <w:t>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6. Bezpośrednio podjęte działania:</w:t>
      </w:r>
    </w:p>
    <w:p w:rsidR="000066CE" w:rsidRDefault="00C8371F">
      <w:pPr>
        <w:rPr>
          <w:rFonts w:hint="eastAsia"/>
        </w:rPr>
      </w:pPr>
      <w:r>
        <w:t>...</w:t>
      </w:r>
      <w:r>
        <w:t>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</w:t>
      </w:r>
      <w:r>
        <w:t>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</w:t>
      </w:r>
      <w:r>
        <w:t>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7. Osoby powiadomione: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</w:t>
      </w:r>
      <w:r>
        <w:t>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</w:t>
      </w:r>
      <w:r>
        <w:t>.........</w:t>
      </w:r>
    </w:p>
    <w:p w:rsidR="000066CE" w:rsidRDefault="00C8371F">
      <w:pPr>
        <w:rPr>
          <w:rFonts w:hint="eastAsia"/>
        </w:rPr>
      </w:pPr>
      <w:r>
        <w:rPr>
          <w:b/>
        </w:rPr>
        <w:t xml:space="preserve">8. Powiadomienie rodziców/opiekunów prawnych: </w:t>
      </w:r>
      <w:r>
        <w:t>☐</w:t>
      </w:r>
      <w:r>
        <w:t xml:space="preserve"> tak   ☐ nie   ☐ nie dotyczy     Data i godzina: 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9. Powiadomione służby / instytucje:</w:t>
      </w:r>
    </w:p>
    <w:p w:rsidR="000066CE" w:rsidRDefault="00C8371F">
      <w:pPr>
        <w:rPr>
          <w:rFonts w:hint="eastAsia"/>
        </w:rPr>
      </w:pPr>
      <w:r>
        <w:lastRenderedPageBreak/>
        <w:t>☐</w:t>
      </w:r>
      <w:r>
        <w:t xml:space="preserve"> Policja    ☐ Państwowa Straż Pożarna    ☐ zespół </w:t>
      </w:r>
      <w:r>
        <w:t>ratownictwa medycznego    ☐ sąd rodzinny</w:t>
      </w:r>
    </w:p>
    <w:p w:rsidR="000066CE" w:rsidRDefault="00C8371F">
      <w:pPr>
        <w:rPr>
          <w:rFonts w:hint="eastAsia"/>
        </w:rPr>
      </w:pPr>
      <w:r>
        <w:t>☐</w:t>
      </w:r>
      <w:r>
        <w:t xml:space="preserve"> OPS/MOPS    ☐ poradnia psychologiczno-pedagogiczna    ☐ organ prowadzący    ☐ kuratorium</w:t>
      </w:r>
    </w:p>
    <w:p w:rsidR="000066CE" w:rsidRDefault="00C8371F">
      <w:pPr>
        <w:rPr>
          <w:rFonts w:hint="eastAsia"/>
        </w:rPr>
      </w:pPr>
      <w:r>
        <w:t>☐</w:t>
      </w:r>
      <w:r>
        <w:t xml:space="preserve"> inne: ....................................................................................................................</w:t>
      </w:r>
      <w:r>
        <w:t>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10. Dokumentacja sporządzona w związku ze zdarzeniem:</w:t>
      </w:r>
    </w:p>
    <w:p w:rsidR="000066CE" w:rsidRDefault="00C8371F">
      <w:pPr>
        <w:rPr>
          <w:rFonts w:hint="eastAsia"/>
        </w:rPr>
      </w:pPr>
      <w:r>
        <w:t>☐</w:t>
      </w:r>
      <w:r>
        <w:t xml:space="preserve"> notatka służbowa    ☐ protokół    ☐ dokumentacja dotycząca ochrony małoletnich</w:t>
      </w:r>
    </w:p>
    <w:p w:rsidR="000066CE" w:rsidRDefault="00C8371F">
      <w:pPr>
        <w:rPr>
          <w:rFonts w:hint="eastAsia"/>
        </w:rPr>
      </w:pPr>
      <w:r>
        <w:t>☐</w:t>
      </w:r>
      <w:r>
        <w:t xml:space="preserve"> zawiadomienie właściwego organu    ☐ dokumentacja medyczna / informacja o udzi</w:t>
      </w:r>
      <w:r>
        <w:t>elonej pomocy</w:t>
      </w:r>
    </w:p>
    <w:p w:rsidR="000066CE" w:rsidRDefault="00C8371F">
      <w:pPr>
        <w:rPr>
          <w:rFonts w:hint="eastAsia"/>
        </w:rPr>
      </w:pPr>
      <w:r>
        <w:t>☐</w:t>
      </w:r>
      <w:r>
        <w:t xml:space="preserve"> inna: 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11. Działania następcze:</w:t>
      </w:r>
    </w:p>
    <w:p w:rsidR="000066CE" w:rsidRDefault="00C8371F">
      <w:pPr>
        <w:rPr>
          <w:rFonts w:hint="eastAsia"/>
        </w:rPr>
      </w:pPr>
      <w:r>
        <w:t>....................................................</w:t>
      </w:r>
      <w:r>
        <w:t>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</w:t>
      </w:r>
      <w:r>
        <w:t>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12. Działania zapobiegawcze / profilaktyczne wynikające z</w:t>
      </w:r>
      <w:r>
        <w:rPr>
          <w:b/>
        </w:rPr>
        <w:t>e zdarzenia: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</w:t>
      </w:r>
      <w:r>
        <w:t>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</w:t>
      </w:r>
      <w:r>
        <w:t>.......</w:t>
      </w:r>
    </w:p>
    <w:p w:rsidR="000066CE" w:rsidRDefault="00C8371F">
      <w:pPr>
        <w:rPr>
          <w:rFonts w:hint="eastAsia"/>
        </w:rPr>
      </w:pPr>
      <w:r>
        <w:rPr>
          <w:b/>
        </w:rPr>
        <w:t xml:space="preserve">13. Czy zdarzenie wymaga dalszego monitorowania? </w:t>
      </w:r>
      <w:r>
        <w:t>☐</w:t>
      </w:r>
      <w:r>
        <w:t xml:space="preserve"> nie   ☐ tak – osoba odpowiedzialna / sposób monitorowania: 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</w:t>
      </w:r>
      <w:r>
        <w:t>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rPr>
          <w:b/>
        </w:rPr>
        <w:t>14. Sposób zakończenia monitorowania i wnioski: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</w:t>
      </w:r>
      <w:r>
        <w:t>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........................................................................................................................................................................</w:t>
      </w:r>
    </w:p>
    <w:p w:rsidR="000066CE" w:rsidRDefault="00C8371F">
      <w:pPr>
        <w:rPr>
          <w:rFonts w:hint="eastAsia"/>
        </w:rPr>
      </w:pPr>
      <w:r>
        <w:t>.......................................................................................</w:t>
      </w:r>
      <w:r>
        <w:t>.................................................................................</w:t>
      </w:r>
    </w:p>
    <w:p w:rsidR="000066CE" w:rsidRDefault="000066CE">
      <w:pPr>
        <w:rPr>
          <w:rFonts w:hint="eastAsia"/>
        </w:rPr>
      </w:pPr>
    </w:p>
    <w:p w:rsidR="000066CE" w:rsidRDefault="00C8371F">
      <w:pPr>
        <w:rPr>
          <w:rFonts w:hint="eastAsia"/>
        </w:rPr>
      </w:pPr>
      <w:r>
        <w:t>Sporządził(a): .....................................................................   Data: ............................   Podpis: ........................................</w:t>
      </w:r>
    </w:p>
    <w:p w:rsidR="000066CE" w:rsidRDefault="00C8371F">
      <w:pPr>
        <w:rPr>
          <w:rFonts w:hint="eastAsia"/>
        </w:rPr>
      </w:pPr>
      <w:r>
        <w:t>Dyrektor szkoły – data zapoznania się: .............................................   Podpis: ............................................................</w:t>
      </w:r>
    </w:p>
    <w:sectPr w:rsidR="000066CE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66CE"/>
    <w:rsid w:val="00034616"/>
    <w:rsid w:val="0006063C"/>
    <w:rsid w:val="0015074B"/>
    <w:rsid w:val="0029639D"/>
    <w:rsid w:val="00326F90"/>
    <w:rsid w:val="00AA1D8D"/>
    <w:rsid w:val="00B47730"/>
    <w:rsid w:val="00C8371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497E041-9C6E-483D-9B7C-CBE1DD11D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BEF13A-C5E7-4DC1-8C85-F63F38F6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961</Words>
  <Characters>5768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Pracownik</cp:lastModifiedBy>
  <cp:revision>2</cp:revision>
  <dcterms:created xsi:type="dcterms:W3CDTF">2026-09-14T12:34:00Z</dcterms:created>
  <dcterms:modified xsi:type="dcterms:W3CDTF">2026-09-14T12:34:00Z</dcterms:modified>
  <cp:category/>
</cp:coreProperties>
</file>